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D94BF" w14:textId="77777777" w:rsidR="00A97CCA" w:rsidRPr="0054147A" w:rsidRDefault="00C4731F" w:rsidP="006C08F0">
      <w:pPr>
        <w:jc w:val="center"/>
        <w:rPr>
          <w:rFonts w:ascii="Times New Roman" w:hAnsi="Times New Roman" w:cs="Times New Roman"/>
          <w:sz w:val="24"/>
          <w:szCs w:val="24"/>
        </w:rPr>
      </w:pPr>
      <w:r w:rsidRPr="0054147A">
        <w:rPr>
          <w:rFonts w:ascii="Times New Roman" w:hAnsi="Times New Roman" w:cs="Times New Roman"/>
          <w:b/>
          <w:sz w:val="24"/>
          <w:szCs w:val="24"/>
        </w:rPr>
        <w:t>FIRST &amp; LAST NAME</w:t>
      </w:r>
      <w:r w:rsidRPr="0054147A">
        <w:rPr>
          <w:rFonts w:ascii="Times New Roman" w:hAnsi="Times New Roman" w:cs="Times New Roman"/>
          <w:b/>
          <w:sz w:val="24"/>
          <w:szCs w:val="24"/>
        </w:rPr>
        <w:br/>
      </w:r>
      <w:r w:rsidRPr="0054147A">
        <w:rPr>
          <w:rFonts w:ascii="Times New Roman" w:hAnsi="Times New Roman" w:cs="Times New Roman"/>
          <w:sz w:val="24"/>
          <w:szCs w:val="24"/>
        </w:rPr>
        <w:t>City, State | (555) 555-5555 | email@email.com | LinkedIn</w:t>
      </w:r>
    </w:p>
    <w:p w14:paraId="6EC6F85B" w14:textId="77777777" w:rsidR="00A97CCA" w:rsidRPr="0054147A" w:rsidRDefault="00C4731F" w:rsidP="006C08F0">
      <w:pPr>
        <w:pStyle w:val="Heading1"/>
        <w:spacing w:before="0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54147A">
        <w:rPr>
          <w:rFonts w:ascii="Times New Roman" w:hAnsi="Times New Roman" w:cs="Times New Roman"/>
          <w:color w:val="auto"/>
          <w:sz w:val="24"/>
          <w:szCs w:val="24"/>
          <w:u w:val="single"/>
        </w:rPr>
        <w:t>EDUCATION</w:t>
      </w:r>
    </w:p>
    <w:p w14:paraId="62329D5D" w14:textId="1ABD3729" w:rsidR="00A97CCA" w:rsidRPr="0054147A" w:rsidRDefault="00C4731F" w:rsidP="006C08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4147A">
        <w:rPr>
          <w:rFonts w:ascii="Times New Roman" w:hAnsi="Times New Roman" w:cs="Times New Roman"/>
          <w:sz w:val="24"/>
          <w:szCs w:val="24"/>
        </w:rPr>
        <w:t xml:space="preserve">University of South Carolina </w:t>
      </w:r>
      <w:r w:rsidR="00AF47A7">
        <w:rPr>
          <w:rFonts w:ascii="Times New Roman" w:hAnsi="Times New Roman" w:cs="Times New Roman"/>
          <w:sz w:val="24"/>
          <w:szCs w:val="24"/>
        </w:rPr>
        <w:t xml:space="preserve">| </w:t>
      </w:r>
      <w:r w:rsidRPr="0054147A">
        <w:rPr>
          <w:rFonts w:ascii="Times New Roman" w:hAnsi="Times New Roman" w:cs="Times New Roman"/>
          <w:sz w:val="24"/>
          <w:szCs w:val="24"/>
        </w:rPr>
        <w:t>Columbia, SC</w:t>
      </w:r>
      <w:r w:rsidRPr="0054147A">
        <w:rPr>
          <w:rFonts w:ascii="Times New Roman" w:hAnsi="Times New Roman" w:cs="Times New Roman"/>
          <w:sz w:val="24"/>
          <w:szCs w:val="24"/>
        </w:rPr>
        <w:br/>
        <w:t xml:space="preserve">Bachelor of Science in Biology | Minor: Chemistry </w:t>
      </w:r>
      <w:r w:rsidR="00AF47A7">
        <w:rPr>
          <w:rFonts w:ascii="Times New Roman" w:hAnsi="Times New Roman" w:cs="Times New Roman"/>
          <w:sz w:val="24"/>
          <w:szCs w:val="24"/>
        </w:rPr>
        <w:tab/>
      </w:r>
      <w:r w:rsidR="00AF47A7">
        <w:rPr>
          <w:rFonts w:ascii="Times New Roman" w:hAnsi="Times New Roman" w:cs="Times New Roman"/>
          <w:sz w:val="24"/>
          <w:szCs w:val="24"/>
        </w:rPr>
        <w:tab/>
      </w:r>
      <w:r w:rsidR="00AF47A7">
        <w:rPr>
          <w:rFonts w:ascii="Times New Roman" w:hAnsi="Times New Roman" w:cs="Times New Roman"/>
          <w:sz w:val="24"/>
          <w:szCs w:val="24"/>
        </w:rPr>
        <w:tab/>
      </w:r>
      <w:r w:rsidR="00AF47A7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AF47A7">
        <w:rPr>
          <w:rFonts w:ascii="Times New Roman" w:hAnsi="Times New Roman" w:cs="Times New Roman"/>
          <w:b/>
          <w:bCs/>
          <w:sz w:val="24"/>
          <w:szCs w:val="24"/>
        </w:rPr>
        <w:t>Expected</w:t>
      </w:r>
      <w:r w:rsidR="00AF47A7" w:rsidRPr="00AF47A7">
        <w:rPr>
          <w:rFonts w:ascii="Times New Roman" w:hAnsi="Times New Roman" w:cs="Times New Roman"/>
          <w:b/>
          <w:bCs/>
          <w:sz w:val="24"/>
          <w:szCs w:val="24"/>
        </w:rPr>
        <w:t xml:space="preserve"> Graduation:</w:t>
      </w:r>
      <w:r w:rsidRPr="0054147A">
        <w:rPr>
          <w:rFonts w:ascii="Times New Roman" w:hAnsi="Times New Roman" w:cs="Times New Roman"/>
          <w:sz w:val="24"/>
          <w:szCs w:val="24"/>
        </w:rPr>
        <w:t xml:space="preserve"> May 20XX</w:t>
      </w:r>
      <w:r w:rsidRPr="0054147A">
        <w:rPr>
          <w:rFonts w:ascii="Times New Roman" w:hAnsi="Times New Roman" w:cs="Times New Roman"/>
          <w:sz w:val="24"/>
          <w:szCs w:val="24"/>
        </w:rPr>
        <w:br/>
        <w:t>GPA: 3.5</w:t>
      </w:r>
    </w:p>
    <w:p w14:paraId="53A8D047" w14:textId="77777777" w:rsidR="006C08F0" w:rsidRPr="0054147A" w:rsidRDefault="006C08F0" w:rsidP="006C08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AB41C0" w14:textId="11C1D52E" w:rsidR="006C08F0" w:rsidRPr="0054147A" w:rsidRDefault="006C08F0" w:rsidP="006C08F0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4147A">
        <w:rPr>
          <w:rFonts w:ascii="Times New Roman" w:hAnsi="Times New Roman" w:cs="Times New Roman"/>
          <w:b/>
          <w:bCs/>
          <w:sz w:val="24"/>
          <w:szCs w:val="24"/>
          <w:u w:val="single"/>
        </w:rPr>
        <w:t>CERTIFICATIONS</w:t>
      </w:r>
    </w:p>
    <w:p w14:paraId="1577FF40" w14:textId="2ED23A16" w:rsidR="006C08F0" w:rsidRPr="0054147A" w:rsidRDefault="006C08F0" w:rsidP="006C08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4147A">
        <w:rPr>
          <w:rFonts w:ascii="Times New Roman" w:hAnsi="Times New Roman" w:cs="Times New Roman"/>
          <w:sz w:val="24"/>
          <w:szCs w:val="24"/>
        </w:rPr>
        <w:t xml:space="preserve">BLS/CPR </w:t>
      </w:r>
      <w:r w:rsidR="0054147A">
        <w:rPr>
          <w:rFonts w:ascii="Times New Roman" w:hAnsi="Times New Roman" w:cs="Times New Roman"/>
          <w:sz w:val="24"/>
          <w:szCs w:val="24"/>
        </w:rPr>
        <w:t xml:space="preserve">(Expiration Date), </w:t>
      </w:r>
      <w:r w:rsidRPr="0054147A">
        <w:rPr>
          <w:rFonts w:ascii="Times New Roman" w:hAnsi="Times New Roman" w:cs="Times New Roman"/>
          <w:sz w:val="24"/>
          <w:szCs w:val="24"/>
        </w:rPr>
        <w:t xml:space="preserve">HIPAA Training </w:t>
      </w:r>
      <w:r w:rsidR="0054147A">
        <w:rPr>
          <w:rFonts w:ascii="Times New Roman" w:hAnsi="Times New Roman" w:cs="Times New Roman"/>
          <w:sz w:val="24"/>
          <w:szCs w:val="24"/>
        </w:rPr>
        <w:t xml:space="preserve">(Expiration Date), </w:t>
      </w:r>
      <w:r w:rsidRPr="0054147A">
        <w:rPr>
          <w:rFonts w:ascii="Times New Roman" w:hAnsi="Times New Roman" w:cs="Times New Roman"/>
          <w:sz w:val="24"/>
          <w:szCs w:val="24"/>
        </w:rPr>
        <w:t xml:space="preserve">CITI Human Subjects Research </w:t>
      </w:r>
      <w:r w:rsidR="0054147A">
        <w:rPr>
          <w:rFonts w:ascii="Times New Roman" w:hAnsi="Times New Roman" w:cs="Times New Roman"/>
          <w:sz w:val="24"/>
          <w:szCs w:val="24"/>
        </w:rPr>
        <w:t xml:space="preserve">(Expiration Date), </w:t>
      </w:r>
      <w:r w:rsidRPr="0054147A">
        <w:rPr>
          <w:rFonts w:ascii="Times New Roman" w:hAnsi="Times New Roman" w:cs="Times New Roman"/>
          <w:sz w:val="24"/>
          <w:szCs w:val="24"/>
        </w:rPr>
        <w:t>REDCap</w:t>
      </w:r>
      <w:r w:rsidR="0054147A">
        <w:rPr>
          <w:rFonts w:ascii="Times New Roman" w:hAnsi="Times New Roman" w:cs="Times New Roman"/>
          <w:sz w:val="24"/>
          <w:szCs w:val="24"/>
        </w:rPr>
        <w:t xml:space="preserve"> (Expiration Date)</w:t>
      </w:r>
    </w:p>
    <w:p w14:paraId="26DDDFBD" w14:textId="77777777" w:rsidR="006C08F0" w:rsidRPr="0054147A" w:rsidRDefault="006C08F0" w:rsidP="006C08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CBDE9D" w14:textId="77777777" w:rsidR="00A97CCA" w:rsidRPr="0054147A" w:rsidRDefault="00C4731F" w:rsidP="006C08F0">
      <w:pPr>
        <w:pStyle w:val="Heading1"/>
        <w:spacing w:before="0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54147A">
        <w:rPr>
          <w:rFonts w:ascii="Times New Roman" w:hAnsi="Times New Roman" w:cs="Times New Roman"/>
          <w:color w:val="auto"/>
          <w:sz w:val="24"/>
          <w:szCs w:val="24"/>
          <w:u w:val="single"/>
        </w:rPr>
        <w:t>CLINICAL EXPERIENCE</w:t>
      </w:r>
    </w:p>
    <w:p w14:paraId="0A28011C" w14:textId="572F8870" w:rsidR="00A97CCA" w:rsidRPr="0054147A" w:rsidRDefault="00C4731F" w:rsidP="006C08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4147A">
        <w:rPr>
          <w:rFonts w:ascii="Times New Roman" w:hAnsi="Times New Roman" w:cs="Times New Roman"/>
          <w:b/>
          <w:sz w:val="24"/>
          <w:szCs w:val="24"/>
        </w:rPr>
        <w:t xml:space="preserve">Standardized Patient Assistant | Prisma Health </w:t>
      </w:r>
      <w:r w:rsidR="008A66D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</w:t>
      </w:r>
      <w:r w:rsidRPr="0054147A">
        <w:rPr>
          <w:rFonts w:ascii="Times New Roman" w:hAnsi="Times New Roman" w:cs="Times New Roman"/>
          <w:b/>
          <w:sz w:val="24"/>
          <w:szCs w:val="24"/>
        </w:rPr>
        <w:t xml:space="preserve">August 20XX </w:t>
      </w:r>
      <w:r w:rsidR="00456FA3">
        <w:rPr>
          <w:rFonts w:ascii="Times New Roman" w:hAnsi="Times New Roman" w:cs="Times New Roman"/>
          <w:b/>
          <w:sz w:val="24"/>
          <w:szCs w:val="24"/>
        </w:rPr>
        <w:t>-</w:t>
      </w:r>
      <w:r w:rsidRPr="0054147A">
        <w:rPr>
          <w:rFonts w:ascii="Times New Roman" w:hAnsi="Times New Roman" w:cs="Times New Roman"/>
          <w:b/>
          <w:sz w:val="24"/>
          <w:szCs w:val="24"/>
        </w:rPr>
        <w:t xml:space="preserve"> Present</w:t>
      </w:r>
    </w:p>
    <w:p w14:paraId="3BBF3B01" w14:textId="77777777" w:rsidR="00A97CCA" w:rsidRPr="0054147A" w:rsidRDefault="00C4731F" w:rsidP="006C08F0">
      <w:pPr>
        <w:pStyle w:val="ListBullet"/>
        <w:spacing w:after="0"/>
        <w:rPr>
          <w:rFonts w:ascii="Times New Roman" w:hAnsi="Times New Roman" w:cs="Times New Roman"/>
          <w:sz w:val="24"/>
          <w:szCs w:val="24"/>
        </w:rPr>
      </w:pPr>
      <w:r w:rsidRPr="0054147A">
        <w:rPr>
          <w:rFonts w:ascii="Times New Roman" w:hAnsi="Times New Roman" w:cs="Times New Roman"/>
          <w:sz w:val="24"/>
          <w:szCs w:val="24"/>
        </w:rPr>
        <w:t>Support clinical skills training for 50+ medical students through simulated patient encounters.</w:t>
      </w:r>
    </w:p>
    <w:p w14:paraId="3247792B" w14:textId="77777777" w:rsidR="00A97CCA" w:rsidRPr="0054147A" w:rsidRDefault="00C4731F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4147A">
        <w:rPr>
          <w:rFonts w:ascii="Times New Roman" w:hAnsi="Times New Roman" w:cs="Times New Roman"/>
          <w:sz w:val="24"/>
          <w:szCs w:val="24"/>
        </w:rPr>
        <w:t>Provide structured feedback on communication, empathy, history-taking, and physical examination skills.</w:t>
      </w:r>
    </w:p>
    <w:p w14:paraId="7B003E5C" w14:textId="77777777" w:rsidR="00A97CCA" w:rsidRPr="0054147A" w:rsidRDefault="00C4731F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4147A">
        <w:rPr>
          <w:rFonts w:ascii="Times New Roman" w:hAnsi="Times New Roman" w:cs="Times New Roman"/>
          <w:sz w:val="24"/>
          <w:szCs w:val="24"/>
        </w:rPr>
        <w:t>Maintain confidentiality and professionalism during OSCEs and simulation activities.</w:t>
      </w:r>
    </w:p>
    <w:p w14:paraId="53654429" w14:textId="62F1DD71" w:rsidR="00A97CCA" w:rsidRPr="0054147A" w:rsidRDefault="00C4731F" w:rsidP="006C08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4147A">
        <w:rPr>
          <w:rFonts w:ascii="Times New Roman" w:hAnsi="Times New Roman" w:cs="Times New Roman"/>
          <w:b/>
          <w:sz w:val="24"/>
          <w:szCs w:val="24"/>
        </w:rPr>
        <w:t xml:space="preserve">Volunteer | Prisma Health Children's Hospital </w:t>
      </w:r>
      <w:r w:rsidR="008A66D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</w:t>
      </w:r>
      <w:r w:rsidRPr="0054147A">
        <w:rPr>
          <w:rFonts w:ascii="Times New Roman" w:hAnsi="Times New Roman" w:cs="Times New Roman"/>
          <w:b/>
          <w:sz w:val="24"/>
          <w:szCs w:val="24"/>
        </w:rPr>
        <w:t xml:space="preserve">August 20XX </w:t>
      </w:r>
      <w:r w:rsidR="00456FA3">
        <w:rPr>
          <w:rFonts w:ascii="Times New Roman" w:hAnsi="Times New Roman" w:cs="Times New Roman"/>
          <w:b/>
          <w:sz w:val="24"/>
          <w:szCs w:val="24"/>
        </w:rPr>
        <w:t>-</w:t>
      </w:r>
      <w:r w:rsidRPr="0054147A">
        <w:rPr>
          <w:rFonts w:ascii="Times New Roman" w:hAnsi="Times New Roman" w:cs="Times New Roman"/>
          <w:b/>
          <w:sz w:val="24"/>
          <w:szCs w:val="24"/>
        </w:rPr>
        <w:t xml:space="preserve"> Present</w:t>
      </w:r>
    </w:p>
    <w:p w14:paraId="6EF4B2BB" w14:textId="77777777" w:rsidR="00A97CCA" w:rsidRPr="0054147A" w:rsidRDefault="00C4731F" w:rsidP="006C08F0">
      <w:pPr>
        <w:pStyle w:val="ListBullet"/>
        <w:spacing w:after="0"/>
        <w:rPr>
          <w:rFonts w:ascii="Times New Roman" w:hAnsi="Times New Roman" w:cs="Times New Roman"/>
          <w:sz w:val="24"/>
          <w:szCs w:val="24"/>
        </w:rPr>
      </w:pPr>
      <w:r w:rsidRPr="0054147A">
        <w:rPr>
          <w:rFonts w:ascii="Times New Roman" w:hAnsi="Times New Roman" w:cs="Times New Roman"/>
          <w:sz w:val="24"/>
          <w:szCs w:val="24"/>
        </w:rPr>
        <w:t>Provide compassionate support to pediatric patients and families through therapeutic play and educational activities.</w:t>
      </w:r>
    </w:p>
    <w:p w14:paraId="3C79A7F8" w14:textId="557A60F3" w:rsidR="00A97CCA" w:rsidRPr="0054147A" w:rsidRDefault="00C4731F" w:rsidP="006C08F0">
      <w:pPr>
        <w:pStyle w:val="ListBullet"/>
        <w:spacing w:after="0"/>
        <w:rPr>
          <w:rFonts w:ascii="Times New Roman" w:hAnsi="Times New Roman" w:cs="Times New Roman"/>
          <w:sz w:val="24"/>
          <w:szCs w:val="24"/>
        </w:rPr>
      </w:pPr>
      <w:r w:rsidRPr="0054147A">
        <w:rPr>
          <w:rFonts w:ascii="Times New Roman" w:hAnsi="Times New Roman" w:cs="Times New Roman"/>
          <w:sz w:val="24"/>
          <w:szCs w:val="24"/>
        </w:rPr>
        <w:t>Collaborate with Child Life Specialists to improve patient experience</w:t>
      </w:r>
      <w:r w:rsidR="00AF47A7">
        <w:rPr>
          <w:rFonts w:ascii="Times New Roman" w:hAnsi="Times New Roman" w:cs="Times New Roman"/>
          <w:sz w:val="24"/>
          <w:szCs w:val="24"/>
        </w:rPr>
        <w:t>s</w:t>
      </w:r>
      <w:r w:rsidRPr="0054147A">
        <w:rPr>
          <w:rFonts w:ascii="Times New Roman" w:hAnsi="Times New Roman" w:cs="Times New Roman"/>
          <w:sz w:val="24"/>
          <w:szCs w:val="24"/>
        </w:rPr>
        <w:t>.</w:t>
      </w:r>
    </w:p>
    <w:p w14:paraId="4346EECB" w14:textId="77777777" w:rsidR="006C08F0" w:rsidRPr="0054147A" w:rsidRDefault="006C08F0" w:rsidP="006C08F0">
      <w:pPr>
        <w:pStyle w:val="ListBullet"/>
        <w:numPr>
          <w:ilvl w:val="0"/>
          <w:numId w:val="0"/>
        </w:num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222DAEA3" w14:textId="77777777" w:rsidR="00A97CCA" w:rsidRPr="0054147A" w:rsidRDefault="00C4731F" w:rsidP="006C08F0">
      <w:pPr>
        <w:pStyle w:val="Heading1"/>
        <w:spacing w:before="0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54147A">
        <w:rPr>
          <w:rFonts w:ascii="Times New Roman" w:hAnsi="Times New Roman" w:cs="Times New Roman"/>
          <w:color w:val="auto"/>
          <w:sz w:val="24"/>
          <w:szCs w:val="24"/>
          <w:u w:val="single"/>
        </w:rPr>
        <w:t>RESEARCH EXPERIENCE</w:t>
      </w:r>
    </w:p>
    <w:p w14:paraId="4D915903" w14:textId="0419457F" w:rsidR="00A97CCA" w:rsidRDefault="00C4731F" w:rsidP="0011131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4147A">
        <w:rPr>
          <w:rFonts w:ascii="Times New Roman" w:hAnsi="Times New Roman" w:cs="Times New Roman"/>
          <w:b/>
          <w:sz w:val="24"/>
          <w:szCs w:val="24"/>
        </w:rPr>
        <w:t xml:space="preserve">Undergraduate Research Assistant | University of South Carolina </w:t>
      </w:r>
      <w:r w:rsidR="00AF47A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F47A7">
        <w:rPr>
          <w:rFonts w:ascii="Times New Roman" w:hAnsi="Times New Roman" w:cs="Times New Roman"/>
          <w:b/>
          <w:sz w:val="24"/>
          <w:szCs w:val="24"/>
        </w:rPr>
        <w:tab/>
      </w:r>
      <w:r w:rsidR="00AF47A7"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 w:rsidRPr="0054147A">
        <w:rPr>
          <w:rFonts w:ascii="Times New Roman" w:hAnsi="Times New Roman" w:cs="Times New Roman"/>
          <w:b/>
          <w:sz w:val="24"/>
          <w:szCs w:val="24"/>
        </w:rPr>
        <w:t xml:space="preserve"> August 20XX </w:t>
      </w:r>
      <w:r w:rsidR="00456FA3">
        <w:rPr>
          <w:rFonts w:ascii="Times New Roman" w:hAnsi="Times New Roman" w:cs="Times New Roman"/>
          <w:b/>
          <w:sz w:val="24"/>
          <w:szCs w:val="24"/>
        </w:rPr>
        <w:t>-</w:t>
      </w:r>
      <w:r w:rsidRPr="0054147A">
        <w:rPr>
          <w:rFonts w:ascii="Times New Roman" w:hAnsi="Times New Roman" w:cs="Times New Roman"/>
          <w:b/>
          <w:sz w:val="24"/>
          <w:szCs w:val="24"/>
        </w:rPr>
        <w:t xml:space="preserve"> Present</w:t>
      </w:r>
    </w:p>
    <w:p w14:paraId="60717277" w14:textId="7B412D99" w:rsidR="00AF47A7" w:rsidRPr="0054147A" w:rsidRDefault="00AF47A7" w:rsidP="001113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4147A">
        <w:rPr>
          <w:rFonts w:ascii="Times New Roman" w:hAnsi="Times New Roman" w:cs="Times New Roman"/>
          <w:b/>
          <w:sz w:val="24"/>
          <w:szCs w:val="24"/>
        </w:rPr>
        <w:t>Department of Biochemistry &amp; Molecular Biology</w:t>
      </w:r>
    </w:p>
    <w:p w14:paraId="5C10B1F6" w14:textId="77777777" w:rsidR="00A97CCA" w:rsidRPr="0054147A" w:rsidRDefault="00C4731F" w:rsidP="00111319">
      <w:pPr>
        <w:pStyle w:val="ListBullet"/>
        <w:spacing w:after="0"/>
        <w:rPr>
          <w:rFonts w:ascii="Times New Roman" w:hAnsi="Times New Roman" w:cs="Times New Roman"/>
          <w:sz w:val="24"/>
          <w:szCs w:val="24"/>
        </w:rPr>
      </w:pPr>
      <w:r w:rsidRPr="0054147A">
        <w:rPr>
          <w:rFonts w:ascii="Times New Roman" w:hAnsi="Times New Roman" w:cs="Times New Roman"/>
          <w:sz w:val="24"/>
          <w:szCs w:val="24"/>
        </w:rPr>
        <w:t>Conduct literature reviews using PubMed and scientific journals.</w:t>
      </w:r>
    </w:p>
    <w:p w14:paraId="07881D76" w14:textId="77777777" w:rsidR="00A97CCA" w:rsidRPr="0054147A" w:rsidRDefault="00C4731F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4147A">
        <w:rPr>
          <w:rFonts w:ascii="Times New Roman" w:hAnsi="Times New Roman" w:cs="Times New Roman"/>
          <w:sz w:val="24"/>
          <w:szCs w:val="24"/>
        </w:rPr>
        <w:t>Collect and analyze laboratory data while following research ethics and laboratory safety standards.</w:t>
      </w:r>
    </w:p>
    <w:p w14:paraId="0BDEEB59" w14:textId="77777777" w:rsidR="00A97CCA" w:rsidRPr="0054147A" w:rsidRDefault="00C4731F" w:rsidP="006C08F0">
      <w:pPr>
        <w:pStyle w:val="ListBullet"/>
        <w:spacing w:after="0"/>
        <w:rPr>
          <w:rFonts w:ascii="Times New Roman" w:hAnsi="Times New Roman" w:cs="Times New Roman"/>
          <w:sz w:val="24"/>
          <w:szCs w:val="24"/>
        </w:rPr>
      </w:pPr>
      <w:r w:rsidRPr="0054147A">
        <w:rPr>
          <w:rFonts w:ascii="Times New Roman" w:hAnsi="Times New Roman" w:cs="Times New Roman"/>
          <w:sz w:val="24"/>
          <w:szCs w:val="24"/>
        </w:rPr>
        <w:t>Assist with research posters and presentations for undergraduate symposia.</w:t>
      </w:r>
    </w:p>
    <w:p w14:paraId="25AEBBA0" w14:textId="77777777" w:rsidR="006C08F0" w:rsidRPr="0054147A" w:rsidRDefault="006C08F0" w:rsidP="006C08F0">
      <w:pPr>
        <w:pStyle w:val="ListBullet"/>
        <w:numPr>
          <w:ilvl w:val="0"/>
          <w:numId w:val="0"/>
        </w:num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01F760A5" w14:textId="77777777" w:rsidR="00A97CCA" w:rsidRPr="0054147A" w:rsidRDefault="00C4731F" w:rsidP="006C08F0">
      <w:pPr>
        <w:pStyle w:val="Heading1"/>
        <w:spacing w:before="0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54147A">
        <w:rPr>
          <w:rFonts w:ascii="Times New Roman" w:hAnsi="Times New Roman" w:cs="Times New Roman"/>
          <w:color w:val="auto"/>
          <w:sz w:val="24"/>
          <w:szCs w:val="24"/>
          <w:u w:val="single"/>
        </w:rPr>
        <w:t>LEADERSHIP &amp; SERVICE</w:t>
      </w:r>
    </w:p>
    <w:p w14:paraId="292B22CA" w14:textId="1445327B" w:rsidR="008A66D0" w:rsidRPr="0054147A" w:rsidRDefault="00AF47A7" w:rsidP="008A6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47A7">
        <w:rPr>
          <w:rFonts w:ascii="Times New Roman" w:hAnsi="Times New Roman" w:cs="Times New Roman"/>
          <w:b/>
          <w:bCs/>
          <w:sz w:val="24"/>
          <w:szCs w:val="24"/>
        </w:rPr>
        <w:t>Member.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731F" w:rsidRPr="0054147A">
        <w:rPr>
          <w:rFonts w:ascii="Times New Roman" w:hAnsi="Times New Roman" w:cs="Times New Roman"/>
          <w:b/>
          <w:sz w:val="24"/>
          <w:szCs w:val="24"/>
        </w:rPr>
        <w:t xml:space="preserve">American Medical Student Association (AMSA) </w:t>
      </w:r>
      <w:r w:rsidR="00AC7A0A">
        <w:rPr>
          <w:rFonts w:ascii="Times New Roman" w:hAnsi="Times New Roman" w:cs="Times New Roman"/>
          <w:b/>
          <w:sz w:val="24"/>
          <w:szCs w:val="24"/>
        </w:rPr>
        <w:t>|</w:t>
      </w:r>
      <w:r w:rsidR="00C4731F" w:rsidRPr="0054147A">
        <w:rPr>
          <w:rFonts w:ascii="Times New Roman" w:hAnsi="Times New Roman" w:cs="Times New Roman"/>
          <w:b/>
          <w:sz w:val="24"/>
          <w:szCs w:val="24"/>
        </w:rPr>
        <w:t xml:space="preserve"> Pre-Med Chapter</w:t>
      </w:r>
      <w:r w:rsidR="008A66D0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6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66D0" w:rsidRPr="008A66D0">
        <w:rPr>
          <w:rFonts w:ascii="Times New Roman" w:hAnsi="Times New Roman" w:cs="Times New Roman"/>
          <w:b/>
          <w:bCs/>
          <w:sz w:val="24"/>
          <w:szCs w:val="24"/>
        </w:rPr>
        <w:t xml:space="preserve">August 20XX </w:t>
      </w:r>
      <w:r w:rsidR="00456FA3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8A66D0" w:rsidRPr="008A66D0">
        <w:rPr>
          <w:rFonts w:ascii="Times New Roman" w:hAnsi="Times New Roman" w:cs="Times New Roman"/>
          <w:b/>
          <w:bCs/>
          <w:sz w:val="24"/>
          <w:szCs w:val="24"/>
        </w:rPr>
        <w:t xml:space="preserve"> Present</w:t>
      </w:r>
    </w:p>
    <w:p w14:paraId="5902F089" w14:textId="6F47BB7F" w:rsidR="00A97CCA" w:rsidRPr="008A66D0" w:rsidRDefault="00C4731F" w:rsidP="008A66D0">
      <w:pPr>
        <w:pStyle w:val="ListParagraph"/>
        <w:numPr>
          <w:ilvl w:val="0"/>
          <w:numId w:val="11"/>
        </w:num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8A66D0">
        <w:rPr>
          <w:rFonts w:ascii="Times New Roman" w:hAnsi="Times New Roman" w:cs="Times New Roman"/>
          <w:sz w:val="24"/>
          <w:szCs w:val="24"/>
        </w:rPr>
        <w:t>Participate in physician panels, MCAT workshops, and health outreach events.</w:t>
      </w:r>
    </w:p>
    <w:p w14:paraId="60D291C2" w14:textId="77777777" w:rsidR="00A97CCA" w:rsidRPr="0054147A" w:rsidRDefault="00C4731F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4147A">
        <w:rPr>
          <w:rFonts w:ascii="Times New Roman" w:hAnsi="Times New Roman" w:cs="Times New Roman"/>
          <w:sz w:val="24"/>
          <w:szCs w:val="24"/>
        </w:rPr>
        <w:t>Support community education initiatives.</w:t>
      </w:r>
    </w:p>
    <w:p w14:paraId="5C99E023" w14:textId="23A677D7" w:rsidR="00A97CCA" w:rsidRPr="0054147A" w:rsidRDefault="00AF47A7" w:rsidP="006C08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47A7">
        <w:rPr>
          <w:rFonts w:ascii="Times New Roman" w:hAnsi="Times New Roman" w:cs="Times New Roman"/>
          <w:b/>
          <w:bCs/>
          <w:sz w:val="24"/>
          <w:szCs w:val="24"/>
        </w:rPr>
        <w:t>Volunteer Coordinator.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731F" w:rsidRPr="0054147A">
        <w:rPr>
          <w:rFonts w:ascii="Times New Roman" w:hAnsi="Times New Roman" w:cs="Times New Roman"/>
          <w:b/>
          <w:sz w:val="24"/>
          <w:szCs w:val="24"/>
        </w:rPr>
        <w:t>Project Sunshine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</w:t>
      </w:r>
      <w:r w:rsidR="00456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147A">
        <w:rPr>
          <w:rFonts w:ascii="Times New Roman" w:hAnsi="Times New Roman" w:cs="Times New Roman"/>
          <w:b/>
          <w:bCs/>
          <w:sz w:val="24"/>
          <w:szCs w:val="24"/>
        </w:rPr>
        <w:t xml:space="preserve">August 20XX </w:t>
      </w:r>
      <w:r w:rsidR="00456FA3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54147A">
        <w:rPr>
          <w:rFonts w:ascii="Times New Roman" w:hAnsi="Times New Roman" w:cs="Times New Roman"/>
          <w:b/>
          <w:bCs/>
          <w:sz w:val="24"/>
          <w:szCs w:val="24"/>
        </w:rPr>
        <w:t xml:space="preserve"> Prese</w:t>
      </w:r>
      <w:r>
        <w:rPr>
          <w:rFonts w:ascii="Times New Roman" w:hAnsi="Times New Roman" w:cs="Times New Roman"/>
          <w:b/>
          <w:bCs/>
          <w:sz w:val="24"/>
          <w:szCs w:val="24"/>
        </w:rPr>
        <w:t>nt</w:t>
      </w:r>
      <w:r w:rsidR="0054147A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1638940E" w14:textId="77777777" w:rsidR="00A97CCA" w:rsidRPr="0054147A" w:rsidRDefault="00C4731F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4147A">
        <w:rPr>
          <w:rFonts w:ascii="Times New Roman" w:hAnsi="Times New Roman" w:cs="Times New Roman"/>
          <w:sz w:val="24"/>
          <w:szCs w:val="24"/>
        </w:rPr>
        <w:t>Coordinate volunteers serving hospitalized children.</w:t>
      </w:r>
    </w:p>
    <w:p w14:paraId="1394A1CC" w14:textId="77777777" w:rsidR="00A97CCA" w:rsidRPr="0054147A" w:rsidRDefault="00C4731F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4147A">
        <w:rPr>
          <w:rFonts w:ascii="Times New Roman" w:hAnsi="Times New Roman" w:cs="Times New Roman"/>
          <w:sz w:val="24"/>
          <w:szCs w:val="24"/>
        </w:rPr>
        <w:t>Organize fundraising and wellness activities.</w:t>
      </w:r>
    </w:p>
    <w:p w14:paraId="480FD83D" w14:textId="290BBA58" w:rsidR="00A97CCA" w:rsidRPr="0054147A" w:rsidRDefault="00AF47A7" w:rsidP="006C08F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F47A7">
        <w:rPr>
          <w:rFonts w:ascii="Times New Roman" w:hAnsi="Times New Roman" w:cs="Times New Roman"/>
          <w:b/>
          <w:bCs/>
          <w:sz w:val="24"/>
          <w:szCs w:val="24"/>
        </w:rPr>
        <w:t>Member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4731F" w:rsidRPr="0054147A">
        <w:rPr>
          <w:rFonts w:ascii="Times New Roman" w:hAnsi="Times New Roman" w:cs="Times New Roman"/>
          <w:b/>
          <w:sz w:val="24"/>
          <w:szCs w:val="24"/>
        </w:rPr>
        <w:t>South Carolina AmeriCorps</w:t>
      </w:r>
      <w:r w:rsidR="006C08F0" w:rsidRPr="0054147A">
        <w:rPr>
          <w:rFonts w:ascii="Times New Roman" w:hAnsi="Times New Roman" w:cs="Times New Roman"/>
          <w:b/>
          <w:sz w:val="24"/>
          <w:szCs w:val="24"/>
        </w:rPr>
        <w:tab/>
      </w:r>
      <w:r w:rsidR="006C08F0" w:rsidRPr="0054147A">
        <w:rPr>
          <w:rFonts w:ascii="Times New Roman" w:hAnsi="Times New Roman" w:cs="Times New Roman"/>
          <w:b/>
          <w:sz w:val="24"/>
          <w:szCs w:val="24"/>
        </w:rPr>
        <w:tab/>
      </w:r>
      <w:r w:rsidR="006C08F0" w:rsidRPr="0054147A">
        <w:rPr>
          <w:rFonts w:ascii="Times New Roman" w:hAnsi="Times New Roman" w:cs="Times New Roman"/>
          <w:b/>
          <w:sz w:val="24"/>
          <w:szCs w:val="24"/>
        </w:rPr>
        <w:tab/>
      </w:r>
      <w:r w:rsidR="006C08F0" w:rsidRPr="0054147A">
        <w:rPr>
          <w:rFonts w:ascii="Times New Roman" w:hAnsi="Times New Roman" w:cs="Times New Roman"/>
          <w:b/>
          <w:sz w:val="24"/>
          <w:szCs w:val="24"/>
        </w:rPr>
        <w:tab/>
      </w:r>
      <w:r w:rsidR="006C08F0" w:rsidRPr="0054147A">
        <w:rPr>
          <w:rFonts w:ascii="Times New Roman" w:hAnsi="Times New Roman" w:cs="Times New Roman"/>
          <w:b/>
          <w:sz w:val="24"/>
          <w:szCs w:val="24"/>
        </w:rPr>
        <w:tab/>
      </w:r>
      <w:r w:rsidR="006C08F0" w:rsidRPr="0054147A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 w:rsidR="00456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08F0" w:rsidRPr="0054147A">
        <w:rPr>
          <w:rFonts w:ascii="Times New Roman" w:hAnsi="Times New Roman" w:cs="Times New Roman"/>
          <w:b/>
          <w:bCs/>
          <w:sz w:val="24"/>
          <w:szCs w:val="24"/>
        </w:rPr>
        <w:t xml:space="preserve">August 20XX </w:t>
      </w:r>
      <w:r w:rsidR="00456FA3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6C08F0" w:rsidRPr="0054147A">
        <w:rPr>
          <w:rFonts w:ascii="Times New Roman" w:hAnsi="Times New Roman" w:cs="Times New Roman"/>
          <w:b/>
          <w:bCs/>
          <w:sz w:val="24"/>
          <w:szCs w:val="24"/>
        </w:rPr>
        <w:t xml:space="preserve"> May 20XX</w:t>
      </w:r>
    </w:p>
    <w:p w14:paraId="26449D0D" w14:textId="2FFAFE82" w:rsidR="00A97CCA" w:rsidRPr="0054147A" w:rsidRDefault="00C4731F" w:rsidP="006C08F0">
      <w:pPr>
        <w:pStyle w:val="ListParagraph"/>
        <w:numPr>
          <w:ilvl w:val="0"/>
          <w:numId w:val="10"/>
        </w:num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54147A">
        <w:rPr>
          <w:rFonts w:ascii="Times New Roman" w:hAnsi="Times New Roman" w:cs="Times New Roman"/>
          <w:sz w:val="24"/>
          <w:szCs w:val="24"/>
        </w:rPr>
        <w:t>Completed 600+ hours of community service.</w:t>
      </w:r>
    </w:p>
    <w:p w14:paraId="3149C321" w14:textId="77777777" w:rsidR="00A97CCA" w:rsidRPr="0054147A" w:rsidRDefault="00C4731F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4147A">
        <w:rPr>
          <w:rFonts w:ascii="Times New Roman" w:hAnsi="Times New Roman" w:cs="Times New Roman"/>
          <w:sz w:val="24"/>
          <w:szCs w:val="24"/>
        </w:rPr>
        <w:t>Developed leadership through public health and education initiatives.</w:t>
      </w:r>
    </w:p>
    <w:p w14:paraId="75CFA6CC" w14:textId="23AD03DE" w:rsidR="00A97CCA" w:rsidRPr="0054147A" w:rsidRDefault="00C4731F" w:rsidP="006C08F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4147A">
        <w:rPr>
          <w:rFonts w:ascii="Times New Roman" w:hAnsi="Times New Roman" w:cs="Times New Roman"/>
          <w:b/>
          <w:sz w:val="24"/>
          <w:szCs w:val="24"/>
        </w:rPr>
        <w:t>Teaching Assistant</w:t>
      </w:r>
      <w:r w:rsidR="00AF47A7">
        <w:rPr>
          <w:rFonts w:ascii="Times New Roman" w:hAnsi="Times New Roman" w:cs="Times New Roman"/>
          <w:b/>
          <w:sz w:val="24"/>
          <w:szCs w:val="24"/>
        </w:rPr>
        <w:t>.</w:t>
      </w:r>
      <w:r w:rsidRPr="0054147A">
        <w:rPr>
          <w:rFonts w:ascii="Times New Roman" w:hAnsi="Times New Roman" w:cs="Times New Roman"/>
          <w:b/>
          <w:sz w:val="24"/>
          <w:szCs w:val="24"/>
        </w:rPr>
        <w:t xml:space="preserve"> University of South Carolina</w:t>
      </w:r>
      <w:r w:rsidR="006C08F0" w:rsidRPr="0054147A">
        <w:rPr>
          <w:rFonts w:ascii="Times New Roman" w:hAnsi="Times New Roman" w:cs="Times New Roman"/>
          <w:b/>
          <w:sz w:val="24"/>
          <w:szCs w:val="24"/>
        </w:rPr>
        <w:tab/>
      </w:r>
      <w:r w:rsidR="006C08F0" w:rsidRPr="0054147A">
        <w:rPr>
          <w:rFonts w:ascii="Times New Roman" w:hAnsi="Times New Roman" w:cs="Times New Roman"/>
          <w:b/>
          <w:sz w:val="24"/>
          <w:szCs w:val="24"/>
        </w:rPr>
        <w:tab/>
      </w:r>
      <w:r w:rsidR="006C08F0" w:rsidRPr="0054147A">
        <w:rPr>
          <w:rFonts w:ascii="Times New Roman" w:hAnsi="Times New Roman" w:cs="Times New Roman"/>
          <w:b/>
          <w:sz w:val="24"/>
          <w:szCs w:val="24"/>
        </w:rPr>
        <w:tab/>
      </w:r>
      <w:r w:rsidR="006C08F0" w:rsidRPr="0054147A">
        <w:rPr>
          <w:rFonts w:ascii="Times New Roman" w:hAnsi="Times New Roman" w:cs="Times New Roman"/>
          <w:b/>
          <w:sz w:val="24"/>
          <w:szCs w:val="24"/>
        </w:rPr>
        <w:tab/>
      </w:r>
      <w:r w:rsidR="006C08F0" w:rsidRPr="0054147A">
        <w:rPr>
          <w:rFonts w:ascii="Times New Roman" w:hAnsi="Times New Roman" w:cs="Times New Roman"/>
          <w:b/>
          <w:sz w:val="24"/>
          <w:szCs w:val="24"/>
        </w:rPr>
        <w:tab/>
      </w:r>
      <w:r w:rsidR="00AF47A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56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08F0" w:rsidRPr="0054147A">
        <w:rPr>
          <w:rFonts w:ascii="Times New Roman" w:hAnsi="Times New Roman" w:cs="Times New Roman"/>
          <w:b/>
          <w:bCs/>
          <w:sz w:val="24"/>
          <w:szCs w:val="24"/>
        </w:rPr>
        <w:t xml:space="preserve">August 20XX </w:t>
      </w:r>
      <w:r w:rsidR="00456FA3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6C08F0" w:rsidRPr="0054147A">
        <w:rPr>
          <w:rFonts w:ascii="Times New Roman" w:hAnsi="Times New Roman" w:cs="Times New Roman"/>
          <w:b/>
          <w:bCs/>
          <w:sz w:val="24"/>
          <w:szCs w:val="24"/>
        </w:rPr>
        <w:t xml:space="preserve"> May 20XX</w:t>
      </w:r>
    </w:p>
    <w:p w14:paraId="15D1D59C" w14:textId="77777777" w:rsidR="00A97CCA" w:rsidRPr="0054147A" w:rsidRDefault="00C4731F" w:rsidP="006C08F0">
      <w:pPr>
        <w:pStyle w:val="ListBullet"/>
        <w:spacing w:after="0"/>
        <w:rPr>
          <w:rFonts w:ascii="Times New Roman" w:hAnsi="Times New Roman" w:cs="Times New Roman"/>
          <w:sz w:val="24"/>
          <w:szCs w:val="24"/>
        </w:rPr>
      </w:pPr>
      <w:r w:rsidRPr="0054147A">
        <w:rPr>
          <w:rFonts w:ascii="Times New Roman" w:hAnsi="Times New Roman" w:cs="Times New Roman"/>
          <w:sz w:val="24"/>
          <w:szCs w:val="24"/>
        </w:rPr>
        <w:t>Mentored first-year students.</w:t>
      </w:r>
    </w:p>
    <w:p w14:paraId="5B6E7FAF" w14:textId="72F5A2C3" w:rsidR="00A97CCA" w:rsidRPr="0054147A" w:rsidRDefault="00C4731F" w:rsidP="00111319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4147A">
        <w:rPr>
          <w:rFonts w:ascii="Times New Roman" w:hAnsi="Times New Roman" w:cs="Times New Roman"/>
          <w:sz w:val="24"/>
          <w:szCs w:val="24"/>
        </w:rPr>
        <w:t>Assisted CPR and First Aid instruction.</w:t>
      </w:r>
    </w:p>
    <w:sectPr w:rsidR="00A97CCA" w:rsidRPr="0054147A" w:rsidSect="0054147A">
      <w:pgSz w:w="12240" w:h="15840"/>
      <w:pgMar w:top="270" w:right="63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496697"/>
    <w:multiLevelType w:val="hybridMultilevel"/>
    <w:tmpl w:val="1396C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B00FC4"/>
    <w:multiLevelType w:val="hybridMultilevel"/>
    <w:tmpl w:val="E9840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629271">
    <w:abstractNumId w:val="8"/>
  </w:num>
  <w:num w:numId="2" w16cid:durableId="1354845416">
    <w:abstractNumId w:val="6"/>
  </w:num>
  <w:num w:numId="3" w16cid:durableId="1079716520">
    <w:abstractNumId w:val="5"/>
  </w:num>
  <w:num w:numId="4" w16cid:durableId="466823340">
    <w:abstractNumId w:val="4"/>
  </w:num>
  <w:num w:numId="5" w16cid:durableId="1811366816">
    <w:abstractNumId w:val="7"/>
  </w:num>
  <w:num w:numId="6" w16cid:durableId="1223055042">
    <w:abstractNumId w:val="3"/>
  </w:num>
  <w:num w:numId="7" w16cid:durableId="626006431">
    <w:abstractNumId w:val="2"/>
  </w:num>
  <w:num w:numId="8" w16cid:durableId="935869413">
    <w:abstractNumId w:val="1"/>
  </w:num>
  <w:num w:numId="9" w16cid:durableId="526722298">
    <w:abstractNumId w:val="0"/>
  </w:num>
  <w:num w:numId="10" w16cid:durableId="1355036742">
    <w:abstractNumId w:val="9"/>
  </w:num>
  <w:num w:numId="11" w16cid:durableId="5498471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1319"/>
    <w:rsid w:val="0015074B"/>
    <w:rsid w:val="0029639D"/>
    <w:rsid w:val="00326F90"/>
    <w:rsid w:val="00456FA3"/>
    <w:rsid w:val="0054147A"/>
    <w:rsid w:val="006C08F0"/>
    <w:rsid w:val="008A66D0"/>
    <w:rsid w:val="00A97CCA"/>
    <w:rsid w:val="00AA1D8D"/>
    <w:rsid w:val="00AC7A0A"/>
    <w:rsid w:val="00AF47A7"/>
    <w:rsid w:val="00B47730"/>
    <w:rsid w:val="00C4731F"/>
    <w:rsid w:val="00CB0664"/>
    <w:rsid w:val="00D838CB"/>
    <w:rsid w:val="00FB3A8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EA5D64"/>
  <w14:defaultImageDpi w14:val="300"/>
  <w15:docId w15:val="{511D7FAE-4D4A-43C3-A815-A5501313E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Smart, Miesha</cp:lastModifiedBy>
  <cp:revision>2</cp:revision>
  <dcterms:created xsi:type="dcterms:W3CDTF">2026-09-23T13:28:00Z</dcterms:created>
  <dcterms:modified xsi:type="dcterms:W3CDTF">2026-09-23T13:28:00Z</dcterms:modified>
  <cp:category/>
</cp:coreProperties>
</file>