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809F" w14:textId="77777777" w:rsidR="00AB5DE7" w:rsidRPr="00395960" w:rsidRDefault="00A21EDE" w:rsidP="00395960">
      <w:pPr>
        <w:jc w:val="center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8"/>
          <w:szCs w:val="28"/>
        </w:rPr>
        <w:t>FIRST &amp; LAST NAME</w:t>
      </w:r>
      <w:r w:rsidRPr="00395960">
        <w:rPr>
          <w:rFonts w:ascii="Times New Roman" w:hAnsi="Times New Roman" w:cs="Times New Roman"/>
          <w:sz w:val="24"/>
          <w:szCs w:val="24"/>
        </w:rPr>
        <w:br/>
        <w:t>City, State | (555) 555-5555 | professional@email.com | LinkedIn</w:t>
      </w:r>
    </w:p>
    <w:p w14:paraId="718BDAC5" w14:textId="77777777" w:rsidR="00AB5DE7" w:rsidRPr="00395960" w:rsidRDefault="00A21EDE">
      <w:pPr>
        <w:pStyle w:val="Heading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95960">
        <w:rPr>
          <w:rFonts w:ascii="Times New Roman" w:hAnsi="Times New Roman" w:cs="Times New Roman"/>
          <w:color w:val="auto"/>
          <w:sz w:val="24"/>
          <w:szCs w:val="24"/>
          <w:u w:val="single"/>
        </w:rPr>
        <w:t>EDUCATION</w:t>
      </w:r>
    </w:p>
    <w:p w14:paraId="790849FD" w14:textId="478CF234" w:rsidR="00395960" w:rsidRDefault="00A21EDE" w:rsidP="003959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sz w:val="24"/>
          <w:szCs w:val="24"/>
        </w:rPr>
        <w:t>University of South Carolina</w:t>
      </w:r>
      <w:r w:rsidR="00395960">
        <w:rPr>
          <w:rFonts w:ascii="Times New Roman" w:hAnsi="Times New Roman" w:cs="Times New Roman"/>
          <w:sz w:val="24"/>
          <w:szCs w:val="24"/>
        </w:rPr>
        <w:t xml:space="preserve"> | Columbia, SC</w:t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95960" w:rsidRPr="00395960">
        <w:rPr>
          <w:rFonts w:ascii="Times New Roman" w:hAnsi="Times New Roman" w:cs="Times New Roman"/>
          <w:b/>
          <w:bCs/>
          <w:sz w:val="24"/>
          <w:szCs w:val="24"/>
        </w:rPr>
        <w:t>Expected:</w:t>
      </w:r>
      <w:r w:rsidR="00395960" w:rsidRPr="00395960">
        <w:rPr>
          <w:rFonts w:ascii="Times New Roman" w:hAnsi="Times New Roman" w:cs="Times New Roman"/>
          <w:sz w:val="24"/>
          <w:szCs w:val="24"/>
        </w:rPr>
        <w:t xml:space="preserve"> May 20XX</w:t>
      </w:r>
      <w:r w:rsidR="00395960" w:rsidRPr="00395960">
        <w:rPr>
          <w:rFonts w:ascii="Times New Roman" w:hAnsi="Times New Roman" w:cs="Times New Roman"/>
          <w:sz w:val="24"/>
          <w:szCs w:val="24"/>
        </w:rPr>
        <w:br/>
      </w:r>
      <w:r w:rsidRPr="00395960">
        <w:rPr>
          <w:rFonts w:ascii="Times New Roman" w:hAnsi="Times New Roman" w:cs="Times New Roman"/>
          <w:sz w:val="24"/>
          <w:szCs w:val="24"/>
        </w:rPr>
        <w:t>B</w:t>
      </w:r>
      <w:r w:rsidR="00395960">
        <w:rPr>
          <w:rFonts w:ascii="Times New Roman" w:hAnsi="Times New Roman" w:cs="Times New Roman"/>
          <w:sz w:val="24"/>
          <w:szCs w:val="24"/>
        </w:rPr>
        <w:t xml:space="preserve">achelor of </w:t>
      </w:r>
      <w:r w:rsidRPr="00395960">
        <w:rPr>
          <w:rFonts w:ascii="Times New Roman" w:hAnsi="Times New Roman" w:cs="Times New Roman"/>
          <w:sz w:val="24"/>
          <w:szCs w:val="24"/>
        </w:rPr>
        <w:t>A</w:t>
      </w:r>
      <w:r w:rsidR="00395960">
        <w:rPr>
          <w:rFonts w:ascii="Times New Roman" w:hAnsi="Times New Roman" w:cs="Times New Roman"/>
          <w:sz w:val="24"/>
          <w:szCs w:val="24"/>
        </w:rPr>
        <w:t>rts in</w:t>
      </w:r>
      <w:r w:rsidRPr="00395960">
        <w:rPr>
          <w:rFonts w:ascii="Times New Roman" w:hAnsi="Times New Roman" w:cs="Times New Roman"/>
          <w:sz w:val="24"/>
          <w:szCs w:val="24"/>
        </w:rPr>
        <w:t xml:space="preserve"> Psychology</w:t>
      </w:r>
      <w:r w:rsidR="00312126">
        <w:rPr>
          <w:rFonts w:ascii="Times New Roman" w:hAnsi="Times New Roman" w:cs="Times New Roman"/>
          <w:sz w:val="24"/>
          <w:szCs w:val="24"/>
        </w:rPr>
        <w:t xml:space="preserve"> </w:t>
      </w:r>
      <w:r w:rsidR="00312126" w:rsidRPr="00312126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="00312126">
        <w:rPr>
          <w:rFonts w:ascii="Times New Roman" w:hAnsi="Times New Roman" w:cs="Times New Roman"/>
          <w:sz w:val="24"/>
          <w:szCs w:val="24"/>
        </w:rPr>
        <w:t xml:space="preserve"> Bachelor of Science</w:t>
      </w:r>
      <w:r w:rsidR="001F6549">
        <w:rPr>
          <w:rFonts w:ascii="Times New Roman" w:hAnsi="Times New Roman" w:cs="Times New Roman"/>
          <w:sz w:val="24"/>
          <w:szCs w:val="24"/>
        </w:rPr>
        <w:t xml:space="preserve"> in Psychology</w:t>
      </w:r>
      <w:r w:rsidRPr="00395960">
        <w:rPr>
          <w:rFonts w:ascii="Times New Roman" w:hAnsi="Times New Roman" w:cs="Times New Roman"/>
          <w:sz w:val="24"/>
          <w:szCs w:val="24"/>
        </w:rPr>
        <w:t xml:space="preserve"> | Minor: Criminal Justice </w:t>
      </w:r>
    </w:p>
    <w:p w14:paraId="6AD5CCCC" w14:textId="670C2BDD" w:rsidR="00395960" w:rsidRPr="00395960" w:rsidRDefault="00A21EDE" w:rsidP="003959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sz w:val="24"/>
          <w:szCs w:val="24"/>
        </w:rPr>
        <w:t>Relevant Coursework: Abnormal Psychology, Research Methods, Statistics, Developmental Psychology</w:t>
      </w:r>
    </w:p>
    <w:p w14:paraId="0D191D3A" w14:textId="77777777" w:rsidR="003056E7" w:rsidRDefault="003056E7" w:rsidP="0039596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53B68DEF" w14:textId="4FD3D82D" w:rsidR="00AB5DE7" w:rsidRPr="00395960" w:rsidRDefault="00A21EDE" w:rsidP="0039596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95960">
        <w:rPr>
          <w:rFonts w:ascii="Times New Roman" w:hAnsi="Times New Roman" w:cs="Times New Roman"/>
          <w:color w:val="auto"/>
          <w:sz w:val="24"/>
          <w:szCs w:val="24"/>
          <w:u w:val="single"/>
        </w:rPr>
        <w:t>CLINICAL &amp; BEHAVIORAL HEALTH EXPERIENCE</w:t>
      </w:r>
    </w:p>
    <w:p w14:paraId="1D6FEC95" w14:textId="79129B40" w:rsidR="00AB5DE7" w:rsidRPr="00395960" w:rsidRDefault="00A21EDE" w:rsidP="003959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Psychology Intern | </w:t>
      </w:r>
      <w:proofErr w:type="spellStart"/>
      <w:r w:rsidRPr="00395960">
        <w:rPr>
          <w:rFonts w:ascii="Times New Roman" w:hAnsi="Times New Roman" w:cs="Times New Roman"/>
          <w:b/>
          <w:bCs/>
          <w:sz w:val="24"/>
          <w:szCs w:val="24"/>
        </w:rPr>
        <w:t>Thriveworks</w:t>
      </w:r>
      <w:proofErr w:type="spellEnd"/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gramEnd"/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20XX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681B8B3E" w14:textId="77777777" w:rsidR="00676984" w:rsidRDefault="0067698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76984">
        <w:rPr>
          <w:rFonts w:ascii="Times New Roman" w:hAnsi="Times New Roman" w:cs="Times New Roman"/>
          <w:sz w:val="24"/>
          <w:szCs w:val="24"/>
        </w:rPr>
        <w:t>Administered and scored 100+ standardized psychological assessments under the supervision of licensed clinicians</w:t>
      </w:r>
    </w:p>
    <w:p w14:paraId="5BE2E88A" w14:textId="466265B4" w:rsidR="00676984" w:rsidRDefault="00676984" w:rsidP="0067698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76984">
        <w:rPr>
          <w:rFonts w:ascii="Times New Roman" w:hAnsi="Times New Roman" w:cs="Times New Roman"/>
          <w:sz w:val="24"/>
          <w:szCs w:val="24"/>
        </w:rPr>
        <w:t>Co-facilitated 10+ psychoeducational and CBT-informed group sessions for adolescents experiencing anxiety, depression, and life transitions</w:t>
      </w:r>
    </w:p>
    <w:p w14:paraId="7E5A1DDC" w14:textId="32F4364D" w:rsidR="00676984" w:rsidRPr="00676984" w:rsidRDefault="00676984" w:rsidP="0067698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76984">
        <w:rPr>
          <w:rFonts w:ascii="Times New Roman" w:hAnsi="Times New Roman" w:cs="Times New Roman"/>
          <w:sz w:val="24"/>
          <w:szCs w:val="24"/>
        </w:rPr>
        <w:t>Collaborated with interdisciplinary behavioral health team to maintain 100% HIPAA-compliant clinical documentation</w:t>
      </w:r>
    </w:p>
    <w:p w14:paraId="7C4AAF78" w14:textId="3DA35A1B" w:rsidR="00AB5DE7" w:rsidRPr="00395960" w:rsidRDefault="00A21EDE" w:rsidP="003959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Family Advocate Intern | Youth Advocate Programs </w:t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June 20XX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August 20XX</w:t>
      </w:r>
    </w:p>
    <w:p w14:paraId="40B216C4" w14:textId="77777777" w:rsidR="00676984" w:rsidRDefault="0067698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76984">
        <w:rPr>
          <w:rFonts w:ascii="Times New Roman" w:hAnsi="Times New Roman" w:cs="Times New Roman"/>
          <w:sz w:val="24"/>
          <w:szCs w:val="24"/>
        </w:rPr>
        <w:t>Managed a caseload of 10–15 youth and families, conducting strengths-based assessments and developing individualized service plans</w:t>
      </w:r>
    </w:p>
    <w:p w14:paraId="409CF963" w14:textId="77777777" w:rsidR="00676984" w:rsidRDefault="00676984" w:rsidP="0067698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76984">
        <w:rPr>
          <w:rFonts w:ascii="Times New Roman" w:hAnsi="Times New Roman" w:cs="Times New Roman"/>
          <w:sz w:val="24"/>
          <w:szCs w:val="24"/>
        </w:rPr>
        <w:t>Partnered with schools, mental health providers, and community agencies to coordinate multidisciplinary interventions</w:t>
      </w:r>
    </w:p>
    <w:p w14:paraId="77BE73B1" w14:textId="3514BEEC" w:rsidR="00676984" w:rsidRPr="00676984" w:rsidRDefault="00676984" w:rsidP="0067698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76984">
        <w:rPr>
          <w:rFonts w:ascii="Times New Roman" w:hAnsi="Times New Roman" w:cs="Times New Roman"/>
          <w:sz w:val="24"/>
          <w:szCs w:val="24"/>
        </w:rPr>
        <w:t>Designed and implemented community outreach initiatives that increased program awareness and engagement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77B1">
        <w:rPr>
          <w:rFonts w:ascii="Times New Roman" w:hAnsi="Times New Roman" w:cs="Times New Roman"/>
          <w:sz w:val="24"/>
          <w:szCs w:val="24"/>
        </w:rPr>
        <w:t>o</w:t>
      </w:r>
      <w:r w:rsidRPr="00676984">
        <w:rPr>
          <w:rFonts w:ascii="Times New Roman" w:hAnsi="Times New Roman" w:cs="Times New Roman"/>
          <w:sz w:val="24"/>
          <w:szCs w:val="24"/>
        </w:rPr>
        <w:t>f 25+ prospective youth and family participants</w:t>
      </w:r>
    </w:p>
    <w:p w14:paraId="73CB0D8D" w14:textId="77777777" w:rsidR="003056E7" w:rsidRDefault="003056E7" w:rsidP="00676984">
      <w:pPr>
        <w:pStyle w:val="ListBullet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FCC5BE" w14:textId="4374D2E2" w:rsidR="00AB5DE7" w:rsidRPr="00676984" w:rsidRDefault="00A21EDE" w:rsidP="00676984">
      <w:pPr>
        <w:pStyle w:val="ListBullet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76984">
        <w:rPr>
          <w:rFonts w:ascii="Times New Roman" w:hAnsi="Times New Roman" w:cs="Times New Roman"/>
          <w:b/>
          <w:bCs/>
          <w:sz w:val="24"/>
          <w:szCs w:val="24"/>
          <w:u w:val="single"/>
        </w:rPr>
        <w:t>RESEARCH EXPERIENCE</w:t>
      </w:r>
    </w:p>
    <w:p w14:paraId="5C3AE5BC" w14:textId="39A55D20" w:rsidR="00AB5DE7" w:rsidRDefault="00A21EDE" w:rsidP="0067698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4"/>
          <w:szCs w:val="24"/>
        </w:rPr>
        <w:t>Undergraduate Research Assistant | Department of Psychology</w:t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596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August 20XX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193D0EB4" w14:textId="5669DFF0" w:rsidR="00395960" w:rsidRPr="00395960" w:rsidRDefault="00395960" w:rsidP="003959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4"/>
          <w:szCs w:val="24"/>
        </w:rPr>
        <w:t>University of South Carolina</w:t>
      </w:r>
    </w:p>
    <w:p w14:paraId="5A8C43B9" w14:textId="653E7E53" w:rsidR="00AB5DE7" w:rsidRPr="00395960" w:rsidRDefault="00A21ED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sz w:val="24"/>
          <w:szCs w:val="24"/>
        </w:rPr>
        <w:t>Conduct literature reviews using PsycINFO</w:t>
      </w:r>
    </w:p>
    <w:p w14:paraId="520EF5A9" w14:textId="29811A09" w:rsidR="00AB5DE7" w:rsidRPr="00395960" w:rsidRDefault="00A21ED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sz w:val="24"/>
          <w:szCs w:val="24"/>
        </w:rPr>
        <w:t>Collect and analyze behavioral data using SPSS and Excel</w:t>
      </w:r>
    </w:p>
    <w:p w14:paraId="5C670A44" w14:textId="58D09A9E" w:rsidR="003056E7" w:rsidRDefault="00A21EDE" w:rsidP="003056E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sz w:val="24"/>
          <w:szCs w:val="24"/>
        </w:rPr>
        <w:t>Assist with conference posters and undergraduate research presentations</w:t>
      </w:r>
    </w:p>
    <w:p w14:paraId="246B4CFA" w14:textId="77777777" w:rsidR="003056E7" w:rsidRDefault="003056E7" w:rsidP="003056E7">
      <w:pPr>
        <w:pStyle w:val="ListBullet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EB4959" w14:textId="7DB85A40" w:rsidR="00AB5DE7" w:rsidRPr="003056E7" w:rsidRDefault="00A21EDE" w:rsidP="003056E7">
      <w:pPr>
        <w:pStyle w:val="ListBullet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056E7">
        <w:rPr>
          <w:rFonts w:ascii="Times New Roman" w:hAnsi="Times New Roman" w:cs="Times New Roman"/>
          <w:b/>
          <w:bCs/>
          <w:sz w:val="24"/>
          <w:szCs w:val="24"/>
          <w:u w:val="single"/>
        </w:rPr>
        <w:t>LEADERSHIP &amp; COMMUNITY ENGAGEMENT</w:t>
      </w:r>
    </w:p>
    <w:p w14:paraId="0E69BD44" w14:textId="0285B857" w:rsidR="00AB5DE7" w:rsidRPr="00395960" w:rsidRDefault="00A21EDE" w:rsidP="00305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4"/>
          <w:szCs w:val="24"/>
        </w:rPr>
        <w:t>Active Minds at USC | Member</w:t>
      </w:r>
      <w:r w:rsidRPr="00395960">
        <w:rPr>
          <w:rFonts w:ascii="Times New Roman" w:hAnsi="Times New Roman" w:cs="Times New Roman"/>
          <w:sz w:val="24"/>
          <w:szCs w:val="24"/>
        </w:rPr>
        <w:t xml:space="preserve"> </w:t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06BA2">
        <w:rPr>
          <w:rFonts w:ascii="Times New Roman" w:hAnsi="Times New Roman" w:cs="Times New Roman"/>
          <w:sz w:val="24"/>
          <w:szCs w:val="24"/>
        </w:rPr>
        <w:t xml:space="preserve">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3BE54EC8" w14:textId="77777777" w:rsidR="003056E7" w:rsidRDefault="003056E7" w:rsidP="00A02F79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3056E7">
        <w:rPr>
          <w:rFonts w:ascii="Times New Roman" w:hAnsi="Times New Roman" w:cs="Times New Roman"/>
          <w:sz w:val="24"/>
          <w:szCs w:val="24"/>
        </w:rPr>
        <w:t>Collaborated with campus leaders to plan and implement 10+ mental health awareness and suicide prevention initiatives</w:t>
      </w:r>
    </w:p>
    <w:p w14:paraId="7B3DFB5B" w14:textId="5FA24826" w:rsidR="00AB5DE7" w:rsidRPr="00395960" w:rsidRDefault="00A21EDE" w:rsidP="00A02F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56E7">
        <w:rPr>
          <w:rFonts w:ascii="Times New Roman" w:hAnsi="Times New Roman" w:cs="Times New Roman"/>
          <w:b/>
          <w:bCs/>
          <w:sz w:val="24"/>
          <w:szCs w:val="24"/>
        </w:rPr>
        <w:t>Psi Chi International Honor Society | Student Member</w:t>
      </w:r>
      <w:r w:rsidRPr="00395960">
        <w:rPr>
          <w:rFonts w:ascii="Times New Roman" w:hAnsi="Times New Roman" w:cs="Times New Roman"/>
          <w:sz w:val="24"/>
          <w:szCs w:val="24"/>
        </w:rPr>
        <w:t xml:space="preserve"> </w:t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395960">
        <w:rPr>
          <w:rFonts w:ascii="Times New Roman" w:hAnsi="Times New Roman" w:cs="Times New Roman"/>
          <w:sz w:val="24"/>
          <w:szCs w:val="24"/>
        </w:rPr>
        <w:t xml:space="preserve"> </w:t>
      </w:r>
      <w:r w:rsidR="00106BA2">
        <w:rPr>
          <w:rFonts w:ascii="Times New Roman" w:hAnsi="Times New Roman" w:cs="Times New Roman"/>
          <w:sz w:val="24"/>
          <w:szCs w:val="24"/>
        </w:rPr>
        <w:t xml:space="preserve">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January 20XX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5D691E24" w14:textId="77777777" w:rsidR="003056E7" w:rsidRDefault="003056E7" w:rsidP="00A02F79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3056E7">
        <w:rPr>
          <w:rFonts w:ascii="Times New Roman" w:hAnsi="Times New Roman" w:cs="Times New Roman"/>
          <w:sz w:val="24"/>
          <w:szCs w:val="24"/>
        </w:rPr>
        <w:t>Contributed to service-learning and community outreach projects</w:t>
      </w:r>
    </w:p>
    <w:p w14:paraId="13F96A19" w14:textId="58CF68AA" w:rsidR="00AB5DE7" w:rsidRPr="00395960" w:rsidRDefault="00A21EDE" w:rsidP="00A02F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576A85">
        <w:rPr>
          <w:rFonts w:ascii="Times New Roman" w:hAnsi="Times New Roman" w:cs="Times New Roman"/>
          <w:b/>
          <w:bCs/>
          <w:sz w:val="24"/>
          <w:szCs w:val="24"/>
        </w:rPr>
        <w:t xml:space="preserve">ational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76A85">
        <w:rPr>
          <w:rFonts w:ascii="Times New Roman" w:hAnsi="Times New Roman" w:cs="Times New Roman"/>
          <w:b/>
          <w:bCs/>
          <w:sz w:val="24"/>
          <w:szCs w:val="24"/>
        </w:rPr>
        <w:t xml:space="preserve">lliance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576A85">
        <w:rPr>
          <w:rFonts w:ascii="Times New Roman" w:hAnsi="Times New Roman" w:cs="Times New Roman"/>
          <w:b/>
          <w:bCs/>
          <w:sz w:val="24"/>
          <w:szCs w:val="24"/>
        </w:rPr>
        <w:t>ental Illness (NAMI)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| Volunteer</w:t>
      </w:r>
      <w:r w:rsidRPr="00395960">
        <w:rPr>
          <w:rFonts w:ascii="Times New Roman" w:hAnsi="Times New Roman" w:cs="Times New Roman"/>
          <w:sz w:val="24"/>
          <w:szCs w:val="24"/>
        </w:rPr>
        <w:t xml:space="preserve"> </w:t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395960">
        <w:rPr>
          <w:rFonts w:ascii="Times New Roman" w:hAnsi="Times New Roman" w:cs="Times New Roman"/>
          <w:sz w:val="24"/>
          <w:szCs w:val="24"/>
        </w:rPr>
        <w:tab/>
      </w:r>
      <w:r w:rsidR="001A4A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106BA2">
        <w:rPr>
          <w:rFonts w:ascii="Times New Roman" w:hAnsi="Times New Roman" w:cs="Times New Roman"/>
          <w:sz w:val="24"/>
          <w:szCs w:val="24"/>
        </w:rPr>
        <w:t xml:space="preserve"> 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106B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95960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6267FB99" w14:textId="24B63913" w:rsidR="00AB5DE7" w:rsidRPr="00395960" w:rsidRDefault="00A21EDE" w:rsidP="00395960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395960">
        <w:rPr>
          <w:rFonts w:ascii="Times New Roman" w:hAnsi="Times New Roman" w:cs="Times New Roman"/>
          <w:sz w:val="24"/>
          <w:szCs w:val="24"/>
        </w:rPr>
        <w:t>Support community mental health education and advocacy</w:t>
      </w:r>
    </w:p>
    <w:p w14:paraId="6AB250FD" w14:textId="77777777" w:rsidR="00395960" w:rsidRDefault="00395960" w:rsidP="0039596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4A2C1777" w14:textId="4E0D2E34" w:rsidR="00AB5DE7" w:rsidRPr="00395960" w:rsidRDefault="00A21EDE" w:rsidP="0039596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95960">
        <w:rPr>
          <w:rFonts w:ascii="Times New Roman" w:hAnsi="Times New Roman" w:cs="Times New Roman"/>
          <w:color w:val="auto"/>
          <w:sz w:val="24"/>
          <w:szCs w:val="24"/>
          <w:u w:val="single"/>
        </w:rPr>
        <w:t>SKILLS</w:t>
      </w:r>
    </w:p>
    <w:p w14:paraId="79C6D96F" w14:textId="25ECCDC6" w:rsidR="00AB5DE7" w:rsidRPr="00395960" w:rsidRDefault="00322D21" w:rsidP="00395960">
      <w:pPr>
        <w:rPr>
          <w:rFonts w:ascii="Times New Roman" w:hAnsi="Times New Roman" w:cs="Times New Roman"/>
          <w:sz w:val="24"/>
          <w:szCs w:val="24"/>
        </w:rPr>
      </w:pPr>
      <w:r w:rsidRPr="00322D21">
        <w:rPr>
          <w:rFonts w:ascii="Times New Roman" w:hAnsi="Times New Roman" w:cs="Times New Roman"/>
          <w:sz w:val="24"/>
          <w:szCs w:val="24"/>
        </w:rPr>
        <w:t xml:space="preserve">Statistical Package for the Social Sciences </w:t>
      </w:r>
      <w:r>
        <w:rPr>
          <w:rFonts w:ascii="Times New Roman" w:hAnsi="Times New Roman" w:cs="Times New Roman"/>
          <w:sz w:val="24"/>
          <w:szCs w:val="24"/>
        </w:rPr>
        <w:t xml:space="preserve">(IBM </w:t>
      </w:r>
      <w:r w:rsidR="00A21EDE" w:rsidRPr="00395960">
        <w:rPr>
          <w:rFonts w:ascii="Times New Roman" w:hAnsi="Times New Roman" w:cs="Times New Roman"/>
          <w:sz w:val="24"/>
          <w:szCs w:val="24"/>
        </w:rPr>
        <w:t>SPSS</w:t>
      </w:r>
      <w:r>
        <w:rPr>
          <w:rFonts w:ascii="Times New Roman" w:hAnsi="Times New Roman" w:cs="Times New Roman"/>
          <w:sz w:val="24"/>
          <w:szCs w:val="24"/>
        </w:rPr>
        <w:t>)</w:t>
      </w:r>
      <w:r w:rsidR="0095409F">
        <w:rPr>
          <w:rFonts w:ascii="Times New Roman" w:hAnsi="Times New Roman" w:cs="Times New Roman"/>
          <w:sz w:val="24"/>
          <w:szCs w:val="24"/>
        </w:rPr>
        <w:t xml:space="preserve">, </w:t>
      </w:r>
      <w:r w:rsidR="00A21EDE" w:rsidRPr="00395960">
        <w:rPr>
          <w:rFonts w:ascii="Times New Roman" w:hAnsi="Times New Roman" w:cs="Times New Roman"/>
          <w:sz w:val="24"/>
          <w:szCs w:val="24"/>
        </w:rPr>
        <w:t>Qualtrics</w:t>
      </w:r>
      <w:r w:rsidR="0095409F">
        <w:rPr>
          <w:rFonts w:ascii="Times New Roman" w:hAnsi="Times New Roman" w:cs="Times New Roman"/>
          <w:sz w:val="24"/>
          <w:szCs w:val="24"/>
        </w:rPr>
        <w:t>,</w:t>
      </w:r>
      <w:r w:rsidR="00A21EDE" w:rsidRPr="00395960">
        <w:rPr>
          <w:rFonts w:ascii="Times New Roman" w:hAnsi="Times New Roman" w:cs="Times New Roman"/>
          <w:sz w:val="24"/>
          <w:szCs w:val="24"/>
        </w:rPr>
        <w:t xml:space="preserve"> Microsoft Excel</w:t>
      </w:r>
      <w:r w:rsidR="0095409F">
        <w:rPr>
          <w:rFonts w:ascii="Times New Roman" w:hAnsi="Times New Roman" w:cs="Times New Roman"/>
          <w:sz w:val="24"/>
          <w:szCs w:val="24"/>
        </w:rPr>
        <w:t xml:space="preserve">, </w:t>
      </w:r>
      <w:r w:rsidR="00A21EDE" w:rsidRPr="00395960">
        <w:rPr>
          <w:rFonts w:ascii="Times New Roman" w:hAnsi="Times New Roman" w:cs="Times New Roman"/>
          <w:sz w:val="24"/>
          <w:szCs w:val="24"/>
        </w:rPr>
        <w:t>Microsoft Office</w:t>
      </w:r>
      <w:r w:rsidR="0095409F">
        <w:rPr>
          <w:rFonts w:ascii="Times New Roman" w:hAnsi="Times New Roman" w:cs="Times New Roman"/>
          <w:sz w:val="24"/>
          <w:szCs w:val="24"/>
        </w:rPr>
        <w:t>,</w:t>
      </w:r>
      <w:r w:rsidR="00A21EDE" w:rsidRPr="00395960">
        <w:rPr>
          <w:rFonts w:ascii="Times New Roman" w:hAnsi="Times New Roman" w:cs="Times New Roman"/>
          <w:sz w:val="24"/>
          <w:szCs w:val="24"/>
        </w:rPr>
        <w:t xml:space="preserve"> Case Documentation</w:t>
      </w:r>
      <w:r w:rsidR="0095409F">
        <w:rPr>
          <w:rFonts w:ascii="Times New Roman" w:hAnsi="Times New Roman" w:cs="Times New Roman"/>
          <w:sz w:val="24"/>
          <w:szCs w:val="24"/>
        </w:rPr>
        <w:t>,</w:t>
      </w:r>
      <w:r w:rsidR="00A21EDE" w:rsidRPr="00395960">
        <w:rPr>
          <w:rFonts w:ascii="Times New Roman" w:hAnsi="Times New Roman" w:cs="Times New Roman"/>
          <w:sz w:val="24"/>
          <w:szCs w:val="24"/>
        </w:rPr>
        <w:t xml:space="preserve"> Project Management</w:t>
      </w:r>
      <w:r w:rsidR="0095409F">
        <w:rPr>
          <w:rFonts w:ascii="Times New Roman" w:hAnsi="Times New Roman" w:cs="Times New Roman"/>
          <w:sz w:val="24"/>
          <w:szCs w:val="24"/>
        </w:rPr>
        <w:t>,</w:t>
      </w:r>
      <w:r w:rsidR="00A21EDE" w:rsidRPr="00395960">
        <w:rPr>
          <w:rFonts w:ascii="Times New Roman" w:hAnsi="Times New Roman" w:cs="Times New Roman"/>
          <w:sz w:val="24"/>
          <w:szCs w:val="24"/>
        </w:rPr>
        <w:t xml:space="preserve"> Data Analysis</w:t>
      </w:r>
    </w:p>
    <w:sectPr w:rsidR="00AB5DE7" w:rsidRPr="00395960" w:rsidSect="003056E7">
      <w:pgSz w:w="12240" w:h="15840"/>
      <w:pgMar w:top="540" w:right="63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1709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8887555">
    <w:abstractNumId w:val="8"/>
  </w:num>
  <w:num w:numId="2" w16cid:durableId="1123232208">
    <w:abstractNumId w:val="6"/>
  </w:num>
  <w:num w:numId="3" w16cid:durableId="1210071408">
    <w:abstractNumId w:val="5"/>
  </w:num>
  <w:num w:numId="4" w16cid:durableId="1556354234">
    <w:abstractNumId w:val="4"/>
  </w:num>
  <w:num w:numId="5" w16cid:durableId="838425407">
    <w:abstractNumId w:val="7"/>
  </w:num>
  <w:num w:numId="6" w16cid:durableId="458650235">
    <w:abstractNumId w:val="3"/>
  </w:num>
  <w:num w:numId="7" w16cid:durableId="1269854069">
    <w:abstractNumId w:val="2"/>
  </w:num>
  <w:num w:numId="8" w16cid:durableId="1777478363">
    <w:abstractNumId w:val="1"/>
  </w:num>
  <w:num w:numId="9" w16cid:durableId="3081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BA2"/>
    <w:rsid w:val="0015074B"/>
    <w:rsid w:val="001A4AB8"/>
    <w:rsid w:val="001F6549"/>
    <w:rsid w:val="0029639D"/>
    <w:rsid w:val="003056E7"/>
    <w:rsid w:val="00312126"/>
    <w:rsid w:val="00322D21"/>
    <w:rsid w:val="00326F90"/>
    <w:rsid w:val="00395960"/>
    <w:rsid w:val="00576A85"/>
    <w:rsid w:val="00676984"/>
    <w:rsid w:val="00766127"/>
    <w:rsid w:val="007B1444"/>
    <w:rsid w:val="0095409F"/>
    <w:rsid w:val="009777B1"/>
    <w:rsid w:val="00A02F79"/>
    <w:rsid w:val="00A21EDE"/>
    <w:rsid w:val="00AA1D8D"/>
    <w:rsid w:val="00AB5DE7"/>
    <w:rsid w:val="00B47730"/>
    <w:rsid w:val="00B9024D"/>
    <w:rsid w:val="00C545FE"/>
    <w:rsid w:val="00CB0664"/>
    <w:rsid w:val="00FB3A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824BEF"/>
  <w14:defaultImageDpi w14:val="300"/>
  <w15:docId w15:val="{8F5E65A5-B63C-439F-B4E6-0F7E1D0E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Smart, Miesha</cp:lastModifiedBy>
  <cp:revision>2</cp:revision>
  <dcterms:created xsi:type="dcterms:W3CDTF">2026-09-23T13:47:00Z</dcterms:created>
  <dcterms:modified xsi:type="dcterms:W3CDTF">2026-09-23T13:47:00Z</dcterms:modified>
  <cp:category/>
</cp:coreProperties>
</file>