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ADC55E" w14:textId="5188DE8F" w:rsidR="00F37352" w:rsidRPr="00124948" w:rsidRDefault="00F14117">
      <w:pPr>
        <w:jc w:val="center"/>
        <w:rPr>
          <w:rFonts w:ascii="Times New Roman" w:hAnsi="Times New Roman" w:cs="Times New Roman"/>
          <w:sz w:val="24"/>
          <w:szCs w:val="24"/>
        </w:rPr>
      </w:pPr>
      <w:r w:rsidRPr="00124948">
        <w:rPr>
          <w:rFonts w:ascii="Times New Roman" w:hAnsi="Times New Roman" w:cs="Times New Roman"/>
          <w:b/>
          <w:sz w:val="24"/>
          <w:szCs w:val="24"/>
        </w:rPr>
        <w:t>STUDENT NAME</w:t>
      </w:r>
      <w:r w:rsidRPr="00124948">
        <w:rPr>
          <w:rFonts w:ascii="Times New Roman" w:hAnsi="Times New Roman" w:cs="Times New Roman"/>
          <w:b/>
          <w:sz w:val="24"/>
          <w:szCs w:val="24"/>
        </w:rPr>
        <w:br/>
      </w:r>
      <w:r w:rsidRPr="00124948">
        <w:rPr>
          <w:rFonts w:ascii="Times New Roman" w:hAnsi="Times New Roman" w:cs="Times New Roman"/>
          <w:sz w:val="24"/>
          <w:szCs w:val="24"/>
        </w:rPr>
        <w:t>City, State | (555) 555-5555 | student@email.edu | LinkedIn | Portfolio</w:t>
      </w:r>
    </w:p>
    <w:p w14:paraId="3B318560" w14:textId="77777777" w:rsidR="00F37352" w:rsidRPr="00124948" w:rsidRDefault="00F14117" w:rsidP="00D37051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124948">
        <w:rPr>
          <w:rFonts w:ascii="Times New Roman" w:hAnsi="Times New Roman" w:cs="Times New Roman"/>
          <w:b/>
          <w:sz w:val="24"/>
          <w:szCs w:val="24"/>
          <w:u w:val="single"/>
        </w:rPr>
        <w:t>EDUCATION</w:t>
      </w:r>
    </w:p>
    <w:p w14:paraId="7DC595BB" w14:textId="0ADEF955" w:rsidR="00D37051" w:rsidRPr="00141001" w:rsidRDefault="00F14117" w:rsidP="00D37051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124948">
        <w:rPr>
          <w:rFonts w:ascii="Times New Roman" w:hAnsi="Times New Roman" w:cs="Times New Roman"/>
          <w:sz w:val="24"/>
          <w:szCs w:val="24"/>
        </w:rPr>
        <w:t>University of South Carolina</w:t>
      </w:r>
      <w:r w:rsidR="00124948">
        <w:rPr>
          <w:rFonts w:ascii="Times New Roman" w:hAnsi="Times New Roman" w:cs="Times New Roman"/>
          <w:sz w:val="24"/>
          <w:szCs w:val="24"/>
        </w:rPr>
        <w:t xml:space="preserve"> | </w:t>
      </w:r>
      <w:r w:rsidRPr="00124948">
        <w:rPr>
          <w:rFonts w:ascii="Times New Roman" w:hAnsi="Times New Roman" w:cs="Times New Roman"/>
          <w:sz w:val="24"/>
          <w:szCs w:val="24"/>
        </w:rPr>
        <w:t>Columbia, SC</w:t>
      </w:r>
      <w:r w:rsidRPr="00124948">
        <w:rPr>
          <w:rFonts w:ascii="Times New Roman" w:hAnsi="Times New Roman" w:cs="Times New Roman"/>
          <w:sz w:val="24"/>
          <w:szCs w:val="24"/>
        </w:rPr>
        <w:br/>
        <w:t>Bachelor of Arts</w:t>
      </w:r>
      <w:r w:rsidR="00D37051" w:rsidRPr="00124948">
        <w:rPr>
          <w:rFonts w:ascii="Times New Roman" w:hAnsi="Times New Roman" w:cs="Times New Roman"/>
          <w:sz w:val="24"/>
          <w:szCs w:val="24"/>
        </w:rPr>
        <w:t xml:space="preserve"> in</w:t>
      </w:r>
      <w:r w:rsidRPr="00124948">
        <w:rPr>
          <w:rFonts w:ascii="Times New Roman" w:hAnsi="Times New Roman" w:cs="Times New Roman"/>
          <w:sz w:val="24"/>
          <w:szCs w:val="24"/>
        </w:rPr>
        <w:t xml:space="preserve"> Media Arts                              </w:t>
      </w:r>
      <w:r w:rsidR="00D37051" w:rsidRPr="00124948">
        <w:rPr>
          <w:rFonts w:ascii="Times New Roman" w:hAnsi="Times New Roman" w:cs="Times New Roman"/>
          <w:sz w:val="24"/>
          <w:szCs w:val="24"/>
        </w:rPr>
        <w:tab/>
      </w:r>
      <w:r w:rsidR="00D37051" w:rsidRPr="00124948">
        <w:rPr>
          <w:rFonts w:ascii="Times New Roman" w:hAnsi="Times New Roman" w:cs="Times New Roman"/>
          <w:sz w:val="24"/>
          <w:szCs w:val="24"/>
        </w:rPr>
        <w:tab/>
      </w:r>
      <w:r w:rsidR="00D37051" w:rsidRPr="00124948">
        <w:rPr>
          <w:rFonts w:ascii="Times New Roman" w:hAnsi="Times New Roman" w:cs="Times New Roman"/>
          <w:sz w:val="24"/>
          <w:szCs w:val="24"/>
        </w:rPr>
        <w:tab/>
      </w:r>
      <w:r w:rsidR="00D37051" w:rsidRPr="00124948">
        <w:rPr>
          <w:rFonts w:ascii="Times New Roman" w:hAnsi="Times New Roman" w:cs="Times New Roman"/>
          <w:sz w:val="24"/>
          <w:szCs w:val="24"/>
        </w:rPr>
        <w:tab/>
        <w:t xml:space="preserve">           </w:t>
      </w:r>
      <w:r w:rsidR="00FF1DD7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667A06">
        <w:rPr>
          <w:rFonts w:ascii="Times New Roman" w:hAnsi="Times New Roman" w:cs="Times New Roman"/>
          <w:sz w:val="24"/>
          <w:szCs w:val="24"/>
        </w:rPr>
        <w:t xml:space="preserve">        </w:t>
      </w:r>
      <w:r w:rsidR="00FF1DD7">
        <w:rPr>
          <w:rFonts w:ascii="Times New Roman" w:hAnsi="Times New Roman" w:cs="Times New Roman"/>
          <w:sz w:val="24"/>
          <w:szCs w:val="24"/>
        </w:rPr>
        <w:t xml:space="preserve"> </w:t>
      </w:r>
      <w:r w:rsidRPr="00124948">
        <w:rPr>
          <w:rFonts w:ascii="Times New Roman" w:hAnsi="Times New Roman" w:cs="Times New Roman"/>
          <w:b/>
          <w:bCs/>
          <w:sz w:val="24"/>
          <w:szCs w:val="24"/>
        </w:rPr>
        <w:t>Expected</w:t>
      </w:r>
      <w:r w:rsidR="00D37051" w:rsidRPr="00124948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124948">
        <w:rPr>
          <w:rFonts w:ascii="Times New Roman" w:hAnsi="Times New Roman" w:cs="Times New Roman"/>
          <w:sz w:val="24"/>
          <w:szCs w:val="24"/>
        </w:rPr>
        <w:t xml:space="preserve"> May 20XX</w:t>
      </w:r>
      <w:r w:rsidRPr="00124948">
        <w:rPr>
          <w:rFonts w:ascii="Times New Roman" w:hAnsi="Times New Roman" w:cs="Times New Roman"/>
          <w:sz w:val="24"/>
          <w:szCs w:val="24"/>
        </w:rPr>
        <w:br/>
      </w:r>
      <w:r w:rsidRPr="00124948">
        <w:rPr>
          <w:rFonts w:ascii="Times New Roman" w:hAnsi="Times New Roman" w:cs="Times New Roman"/>
          <w:b/>
          <w:bCs/>
          <w:sz w:val="24"/>
          <w:szCs w:val="24"/>
        </w:rPr>
        <w:t>Relevant Coursework:</w:t>
      </w:r>
      <w:r w:rsidRPr="00124948">
        <w:rPr>
          <w:rFonts w:ascii="Times New Roman" w:hAnsi="Times New Roman" w:cs="Times New Roman"/>
          <w:sz w:val="24"/>
          <w:szCs w:val="24"/>
        </w:rPr>
        <w:t xml:space="preserve"> Graphic Design, Typography, Digital Photography, Motion Graphics, Visual Communication</w:t>
      </w:r>
      <w:r w:rsidRPr="00124948">
        <w:rPr>
          <w:rFonts w:ascii="Times New Roman" w:hAnsi="Times New Roman" w:cs="Times New Roman"/>
          <w:sz w:val="24"/>
          <w:szCs w:val="24"/>
        </w:rPr>
        <w:br/>
      </w:r>
      <w:r w:rsidRPr="00124948">
        <w:rPr>
          <w:rFonts w:ascii="Times New Roman" w:hAnsi="Times New Roman" w:cs="Times New Roman"/>
          <w:b/>
          <w:bCs/>
          <w:sz w:val="24"/>
          <w:szCs w:val="24"/>
        </w:rPr>
        <w:t>Certificate:</w:t>
      </w:r>
      <w:r w:rsidRPr="00124948">
        <w:rPr>
          <w:rFonts w:ascii="Times New Roman" w:hAnsi="Times New Roman" w:cs="Times New Roman"/>
          <w:sz w:val="24"/>
          <w:szCs w:val="24"/>
        </w:rPr>
        <w:t xml:space="preserve"> Digital Photography</w:t>
      </w:r>
      <w:r w:rsidR="00FF1DD7">
        <w:rPr>
          <w:rFonts w:ascii="Times New Roman" w:hAnsi="Times New Roman" w:cs="Times New Roman"/>
          <w:sz w:val="24"/>
          <w:szCs w:val="24"/>
        </w:rPr>
        <w:t xml:space="preserve"> | </w:t>
      </w:r>
      <w:r w:rsidRPr="00124948">
        <w:rPr>
          <w:rFonts w:ascii="Times New Roman" w:hAnsi="Times New Roman" w:cs="Times New Roman"/>
          <w:sz w:val="24"/>
          <w:szCs w:val="24"/>
        </w:rPr>
        <w:t>Cornell University</w:t>
      </w:r>
      <w:r w:rsidRPr="00124948">
        <w:rPr>
          <w:rFonts w:ascii="Times New Roman" w:hAnsi="Times New Roman" w:cs="Times New Roman"/>
          <w:sz w:val="24"/>
          <w:szCs w:val="24"/>
        </w:rPr>
        <w:br/>
      </w:r>
      <w:r w:rsidRPr="00124948">
        <w:rPr>
          <w:rFonts w:ascii="Times New Roman" w:hAnsi="Times New Roman" w:cs="Times New Roman"/>
          <w:b/>
          <w:bCs/>
          <w:sz w:val="24"/>
          <w:szCs w:val="24"/>
        </w:rPr>
        <w:t>Study Abroad:</w:t>
      </w:r>
      <w:r w:rsidRPr="00124948">
        <w:rPr>
          <w:rFonts w:ascii="Times New Roman" w:hAnsi="Times New Roman" w:cs="Times New Roman"/>
          <w:sz w:val="24"/>
          <w:szCs w:val="24"/>
        </w:rPr>
        <w:t xml:space="preserve"> Kenya – Enhancing Perceptions Through Art and Art Making</w:t>
      </w:r>
      <w:r w:rsidR="00D37051" w:rsidRPr="00124948">
        <w:rPr>
          <w:rFonts w:ascii="Times New Roman" w:hAnsi="Times New Roman" w:cs="Times New Roman"/>
          <w:sz w:val="24"/>
          <w:szCs w:val="24"/>
        </w:rPr>
        <w:t xml:space="preserve"> </w:t>
      </w:r>
      <w:r w:rsidR="00141001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667A06">
        <w:rPr>
          <w:rFonts w:ascii="Times New Roman" w:hAnsi="Times New Roman" w:cs="Times New Roman"/>
          <w:sz w:val="24"/>
          <w:szCs w:val="24"/>
        </w:rPr>
        <w:t xml:space="preserve">       </w:t>
      </w:r>
      <w:r w:rsidR="00D37051" w:rsidRPr="00141001">
        <w:rPr>
          <w:rFonts w:ascii="Times New Roman" w:hAnsi="Times New Roman" w:cs="Times New Roman"/>
          <w:b/>
          <w:bCs/>
          <w:sz w:val="24"/>
          <w:szCs w:val="24"/>
        </w:rPr>
        <w:t>Aug 20XX – May 20</w:t>
      </w:r>
      <w:r w:rsidR="008042C2">
        <w:rPr>
          <w:rFonts w:ascii="Times New Roman" w:hAnsi="Times New Roman" w:cs="Times New Roman"/>
          <w:b/>
          <w:bCs/>
          <w:sz w:val="24"/>
          <w:szCs w:val="24"/>
        </w:rPr>
        <w:t>XX</w:t>
      </w:r>
    </w:p>
    <w:p w14:paraId="074D55FB" w14:textId="77777777" w:rsidR="00D37051" w:rsidRPr="00141001" w:rsidRDefault="00D37051" w:rsidP="00D37051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40D6F05F" w14:textId="665FA18D" w:rsidR="00F37352" w:rsidRPr="00124948" w:rsidRDefault="00F14117" w:rsidP="00D37051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124948">
        <w:rPr>
          <w:rFonts w:ascii="Times New Roman" w:hAnsi="Times New Roman" w:cs="Times New Roman"/>
          <w:b/>
          <w:sz w:val="24"/>
          <w:szCs w:val="24"/>
          <w:u w:val="single"/>
        </w:rPr>
        <w:t>RELEVANT EXPERIENCE</w:t>
      </w:r>
    </w:p>
    <w:p w14:paraId="10D043F5" w14:textId="5EAE9313" w:rsidR="00F37352" w:rsidRPr="00124948" w:rsidRDefault="00F14117" w:rsidP="00D37051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124948">
        <w:rPr>
          <w:rFonts w:ascii="Times New Roman" w:hAnsi="Times New Roman" w:cs="Times New Roman"/>
          <w:b/>
          <w:sz w:val="24"/>
          <w:szCs w:val="24"/>
        </w:rPr>
        <w:t>Graphic Design Intern | Letterpress Design Studios | New York, NY</w:t>
      </w:r>
      <w:r w:rsidR="00D37051" w:rsidRPr="00124948">
        <w:rPr>
          <w:rFonts w:ascii="Times New Roman" w:hAnsi="Times New Roman" w:cs="Times New Roman"/>
          <w:b/>
          <w:sz w:val="24"/>
          <w:szCs w:val="24"/>
        </w:rPr>
        <w:t xml:space="preserve">               </w:t>
      </w:r>
      <w:r w:rsidR="00141001"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 w:rsidR="00667A06">
        <w:rPr>
          <w:rFonts w:ascii="Times New Roman" w:hAnsi="Times New Roman" w:cs="Times New Roman"/>
          <w:b/>
          <w:sz w:val="24"/>
          <w:szCs w:val="24"/>
        </w:rPr>
        <w:t xml:space="preserve">       </w:t>
      </w:r>
      <w:r w:rsidRPr="00124948">
        <w:rPr>
          <w:rFonts w:ascii="Times New Roman" w:hAnsi="Times New Roman" w:cs="Times New Roman"/>
          <w:b/>
          <w:sz w:val="24"/>
          <w:szCs w:val="24"/>
        </w:rPr>
        <w:t>Aug 20XX – Dec 20XX</w:t>
      </w:r>
    </w:p>
    <w:p w14:paraId="20CBC082" w14:textId="77777777" w:rsidR="00F37352" w:rsidRPr="00124948" w:rsidRDefault="00F14117" w:rsidP="00D37051">
      <w:pPr>
        <w:pStyle w:val="ListBullet"/>
        <w:spacing w:after="0"/>
        <w:rPr>
          <w:rFonts w:ascii="Times New Roman" w:hAnsi="Times New Roman" w:cs="Times New Roman"/>
          <w:sz w:val="24"/>
          <w:szCs w:val="24"/>
        </w:rPr>
      </w:pPr>
      <w:r w:rsidRPr="00124948">
        <w:rPr>
          <w:rFonts w:ascii="Times New Roman" w:hAnsi="Times New Roman" w:cs="Times New Roman"/>
          <w:sz w:val="24"/>
          <w:szCs w:val="24"/>
        </w:rPr>
        <w:t>Designed print and digital marketing materials that supported promotional campaigns across multiple media platforms.</w:t>
      </w:r>
    </w:p>
    <w:p w14:paraId="43A4FF09" w14:textId="77777777" w:rsidR="00F37352" w:rsidRPr="00124948" w:rsidRDefault="00F14117">
      <w:pPr>
        <w:pStyle w:val="ListBullet"/>
        <w:rPr>
          <w:rFonts w:ascii="Times New Roman" w:hAnsi="Times New Roman" w:cs="Times New Roman"/>
          <w:sz w:val="24"/>
          <w:szCs w:val="24"/>
        </w:rPr>
      </w:pPr>
      <w:r w:rsidRPr="00124948">
        <w:rPr>
          <w:rFonts w:ascii="Times New Roman" w:hAnsi="Times New Roman" w:cs="Times New Roman"/>
          <w:sz w:val="24"/>
          <w:szCs w:val="24"/>
        </w:rPr>
        <w:t>Created original logos, illustrations, and branded graphics using Adobe InDesign, Illustrator, and Photoshop.</w:t>
      </w:r>
    </w:p>
    <w:p w14:paraId="2BD8E4DF" w14:textId="77777777" w:rsidR="00F37352" w:rsidRPr="00124948" w:rsidRDefault="00F14117">
      <w:pPr>
        <w:pStyle w:val="ListBullet"/>
        <w:rPr>
          <w:rFonts w:ascii="Times New Roman" w:hAnsi="Times New Roman" w:cs="Times New Roman"/>
          <w:sz w:val="24"/>
          <w:szCs w:val="24"/>
        </w:rPr>
      </w:pPr>
      <w:r w:rsidRPr="00124948">
        <w:rPr>
          <w:rFonts w:ascii="Times New Roman" w:hAnsi="Times New Roman" w:cs="Times New Roman"/>
          <w:sz w:val="24"/>
          <w:szCs w:val="24"/>
        </w:rPr>
        <w:t>Edited and optimized photography for client publications, websites, and social media content.</w:t>
      </w:r>
    </w:p>
    <w:p w14:paraId="3AD1085E" w14:textId="77777777" w:rsidR="00F37352" w:rsidRPr="00124948" w:rsidRDefault="00F14117">
      <w:pPr>
        <w:pStyle w:val="ListBullet"/>
        <w:rPr>
          <w:rFonts w:ascii="Times New Roman" w:hAnsi="Times New Roman" w:cs="Times New Roman"/>
          <w:sz w:val="24"/>
          <w:szCs w:val="24"/>
        </w:rPr>
      </w:pPr>
      <w:r w:rsidRPr="00124948">
        <w:rPr>
          <w:rFonts w:ascii="Times New Roman" w:hAnsi="Times New Roman" w:cs="Times New Roman"/>
          <w:sz w:val="24"/>
          <w:szCs w:val="24"/>
        </w:rPr>
        <w:t>Managed multiple concurrent design projects while consistently meeting deadlines and client specifications.</w:t>
      </w:r>
    </w:p>
    <w:p w14:paraId="003AD153" w14:textId="77777777" w:rsidR="00F37352" w:rsidRDefault="00F14117">
      <w:pPr>
        <w:pStyle w:val="ListBullet"/>
        <w:rPr>
          <w:rFonts w:ascii="Times New Roman" w:hAnsi="Times New Roman" w:cs="Times New Roman"/>
          <w:sz w:val="24"/>
          <w:szCs w:val="24"/>
        </w:rPr>
      </w:pPr>
      <w:r w:rsidRPr="00124948">
        <w:rPr>
          <w:rFonts w:ascii="Times New Roman" w:hAnsi="Times New Roman" w:cs="Times New Roman"/>
          <w:sz w:val="24"/>
          <w:szCs w:val="24"/>
        </w:rPr>
        <w:t>Collaborated with designers to ensure visual consistency and brand standards.</w:t>
      </w:r>
    </w:p>
    <w:p w14:paraId="347EB4EF" w14:textId="371D1AF8" w:rsidR="0027750D" w:rsidRDefault="0027750D" w:rsidP="0027750D">
      <w:pPr>
        <w:pStyle w:val="Heading3"/>
        <w:rPr>
          <w:rFonts w:ascii="Times New Roman" w:hAnsi="Times New Roman" w:cs="Times New Roman"/>
          <w:color w:val="auto"/>
          <w:sz w:val="24"/>
          <w:szCs w:val="24"/>
        </w:rPr>
      </w:pPr>
      <w:r w:rsidRPr="0027750D">
        <w:rPr>
          <w:rFonts w:ascii="Times New Roman" w:hAnsi="Times New Roman" w:cs="Times New Roman"/>
          <w:color w:val="auto"/>
          <w:sz w:val="24"/>
          <w:szCs w:val="24"/>
        </w:rPr>
        <w:t xml:space="preserve">Social Media &amp; Digital Content Assistant | University Department </w:t>
      </w:r>
      <w:r w:rsidR="00EC079A">
        <w:rPr>
          <w:rFonts w:ascii="Times New Roman" w:hAnsi="Times New Roman" w:cs="Times New Roman"/>
          <w:color w:val="auto"/>
          <w:sz w:val="24"/>
          <w:szCs w:val="24"/>
        </w:rPr>
        <w:t xml:space="preserve">| </w:t>
      </w:r>
      <w:r w:rsidRPr="0027750D">
        <w:rPr>
          <w:rFonts w:ascii="Times New Roman" w:hAnsi="Times New Roman" w:cs="Times New Roman"/>
          <w:color w:val="auto"/>
          <w:sz w:val="24"/>
          <w:szCs w:val="24"/>
        </w:rPr>
        <w:t>Columbia, SC</w:t>
      </w:r>
      <w:r w:rsidR="00667A06">
        <w:rPr>
          <w:rFonts w:ascii="Times New Roman" w:hAnsi="Times New Roman" w:cs="Times New Roman"/>
          <w:color w:val="auto"/>
          <w:sz w:val="24"/>
          <w:szCs w:val="24"/>
        </w:rPr>
        <w:t xml:space="preserve">        </w:t>
      </w:r>
      <w:r w:rsidR="00667A06" w:rsidRPr="00667A06">
        <w:rPr>
          <w:rFonts w:ascii="Times New Roman" w:hAnsi="Times New Roman" w:cs="Times New Roman"/>
          <w:color w:val="auto"/>
          <w:sz w:val="24"/>
          <w:szCs w:val="24"/>
        </w:rPr>
        <w:t>Aug 20XX – Dec 20XX</w:t>
      </w:r>
    </w:p>
    <w:p w14:paraId="7C30B157" w14:textId="3322158A" w:rsidR="00EC079A" w:rsidRPr="002B1985" w:rsidRDefault="00F322B8" w:rsidP="00F322B8">
      <w:pPr>
        <w:pStyle w:val="ListParagraph"/>
        <w:numPr>
          <w:ilvl w:val="0"/>
          <w:numId w:val="10"/>
        </w:numPr>
        <w:ind w:left="360"/>
        <w:rPr>
          <w:rFonts w:ascii="Times New Roman" w:hAnsi="Times New Roman" w:cs="Times New Roman"/>
          <w:sz w:val="24"/>
          <w:szCs w:val="24"/>
        </w:rPr>
      </w:pPr>
      <w:r w:rsidRPr="002B1985">
        <w:rPr>
          <w:rFonts w:ascii="Times New Roman" w:hAnsi="Times New Roman" w:cs="Times New Roman"/>
          <w:sz w:val="24"/>
          <w:szCs w:val="24"/>
        </w:rPr>
        <w:t xml:space="preserve">Designed and published </w:t>
      </w:r>
      <w:r w:rsidRPr="002B1985">
        <w:rPr>
          <w:rFonts w:ascii="Times New Roman" w:hAnsi="Times New Roman" w:cs="Times New Roman"/>
          <w:b/>
          <w:bCs/>
          <w:sz w:val="24"/>
          <w:szCs w:val="24"/>
        </w:rPr>
        <w:t>40+</w:t>
      </w:r>
      <w:r w:rsidRPr="002B1985">
        <w:rPr>
          <w:rFonts w:ascii="Times New Roman" w:hAnsi="Times New Roman" w:cs="Times New Roman"/>
          <w:sz w:val="24"/>
          <w:szCs w:val="24"/>
        </w:rPr>
        <w:t xml:space="preserve"> digital graphics and promotional materials for campus events using Adobe Photoshop, Illustrator, and Canva</w:t>
      </w:r>
    </w:p>
    <w:p w14:paraId="3331C31C" w14:textId="1DC9E303" w:rsidR="00F322B8" w:rsidRPr="002B1985" w:rsidRDefault="00506B31" w:rsidP="00F322B8">
      <w:pPr>
        <w:pStyle w:val="ListParagraph"/>
        <w:numPr>
          <w:ilvl w:val="0"/>
          <w:numId w:val="10"/>
        </w:numPr>
        <w:ind w:left="360"/>
        <w:rPr>
          <w:rFonts w:ascii="Times New Roman" w:hAnsi="Times New Roman" w:cs="Times New Roman"/>
          <w:sz w:val="24"/>
          <w:szCs w:val="24"/>
        </w:rPr>
      </w:pPr>
      <w:r w:rsidRPr="002B1985">
        <w:rPr>
          <w:rFonts w:ascii="Times New Roman" w:hAnsi="Times New Roman" w:cs="Times New Roman"/>
          <w:sz w:val="24"/>
          <w:szCs w:val="24"/>
        </w:rPr>
        <w:t>Produced short-form photo and video content for Instagram, Facebook, and LinkedIn campaigns</w:t>
      </w:r>
    </w:p>
    <w:p w14:paraId="6D057315" w14:textId="3D25D0BF" w:rsidR="00506B31" w:rsidRPr="002B1985" w:rsidRDefault="00506B31" w:rsidP="00F322B8">
      <w:pPr>
        <w:pStyle w:val="ListParagraph"/>
        <w:numPr>
          <w:ilvl w:val="0"/>
          <w:numId w:val="10"/>
        </w:numPr>
        <w:ind w:left="360"/>
        <w:rPr>
          <w:rFonts w:ascii="Times New Roman" w:hAnsi="Times New Roman" w:cs="Times New Roman"/>
          <w:sz w:val="24"/>
          <w:szCs w:val="24"/>
        </w:rPr>
      </w:pPr>
      <w:r w:rsidRPr="002B1985">
        <w:rPr>
          <w:rFonts w:ascii="Times New Roman" w:hAnsi="Times New Roman" w:cs="Times New Roman"/>
          <w:sz w:val="24"/>
          <w:szCs w:val="24"/>
        </w:rPr>
        <w:t>Captured and edited event photography that was featured on university websites, newsletters, and social media channels</w:t>
      </w:r>
    </w:p>
    <w:p w14:paraId="0859E228" w14:textId="0F03AF20" w:rsidR="002B1985" w:rsidRPr="002B1985" w:rsidRDefault="002B1985" w:rsidP="002B1985">
      <w:pPr>
        <w:pStyle w:val="ListParagraph"/>
        <w:numPr>
          <w:ilvl w:val="0"/>
          <w:numId w:val="10"/>
        </w:numPr>
        <w:ind w:left="360"/>
        <w:rPr>
          <w:rFonts w:ascii="Times New Roman" w:hAnsi="Times New Roman" w:cs="Times New Roman"/>
          <w:sz w:val="24"/>
          <w:szCs w:val="24"/>
        </w:rPr>
      </w:pPr>
      <w:r w:rsidRPr="002B1985">
        <w:rPr>
          <w:rFonts w:ascii="Times New Roman" w:hAnsi="Times New Roman" w:cs="Times New Roman"/>
          <w:sz w:val="24"/>
          <w:szCs w:val="24"/>
        </w:rPr>
        <w:t xml:space="preserve">Maintained organized digital asset libraries by categorizing and archiving photographs, graphics, and project files for future marketing initiatives. </w:t>
      </w:r>
    </w:p>
    <w:p w14:paraId="1B8C9A80" w14:textId="33521886" w:rsidR="00D765B9" w:rsidRPr="002B1985" w:rsidRDefault="002B1985" w:rsidP="002B1985">
      <w:pPr>
        <w:pStyle w:val="ListParagraph"/>
        <w:numPr>
          <w:ilvl w:val="0"/>
          <w:numId w:val="10"/>
        </w:numPr>
        <w:ind w:left="360"/>
        <w:rPr>
          <w:rFonts w:ascii="Times New Roman" w:hAnsi="Times New Roman" w:cs="Times New Roman"/>
          <w:sz w:val="24"/>
          <w:szCs w:val="24"/>
        </w:rPr>
      </w:pPr>
      <w:r w:rsidRPr="002B1985">
        <w:rPr>
          <w:rFonts w:ascii="Times New Roman" w:hAnsi="Times New Roman" w:cs="Times New Roman"/>
          <w:sz w:val="24"/>
          <w:szCs w:val="24"/>
        </w:rPr>
        <w:t>Evaluated social media analytics to identify high-performing content and recommend improvements for future campaigns</w:t>
      </w:r>
    </w:p>
    <w:p w14:paraId="6B7D0217" w14:textId="77777777" w:rsidR="00F37352" w:rsidRPr="00124948" w:rsidRDefault="00F14117" w:rsidP="00D37051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124948">
        <w:rPr>
          <w:rFonts w:ascii="Times New Roman" w:hAnsi="Times New Roman" w:cs="Times New Roman"/>
          <w:b/>
          <w:sz w:val="24"/>
          <w:szCs w:val="24"/>
          <w:u w:val="single"/>
        </w:rPr>
        <w:t>CREATIVE PROJECTS &amp; EXHIBITIONS</w:t>
      </w:r>
    </w:p>
    <w:p w14:paraId="35C61B40" w14:textId="77777777" w:rsidR="00F37352" w:rsidRPr="00124948" w:rsidRDefault="00F14117" w:rsidP="00D37051">
      <w:pPr>
        <w:pStyle w:val="ListBullet"/>
        <w:spacing w:after="0"/>
        <w:rPr>
          <w:rFonts w:ascii="Times New Roman" w:hAnsi="Times New Roman" w:cs="Times New Roman"/>
          <w:sz w:val="24"/>
          <w:szCs w:val="24"/>
        </w:rPr>
      </w:pPr>
      <w:r w:rsidRPr="00124948">
        <w:rPr>
          <w:rFonts w:ascii="Times New Roman" w:hAnsi="Times New Roman" w:cs="Times New Roman"/>
          <w:sz w:val="24"/>
          <w:szCs w:val="24"/>
        </w:rPr>
        <w:t>Presented original photography and design work at university and community exhibitions.</w:t>
      </w:r>
    </w:p>
    <w:p w14:paraId="0C1047E3" w14:textId="77777777" w:rsidR="00F37352" w:rsidRPr="00124948" w:rsidRDefault="00F14117">
      <w:pPr>
        <w:pStyle w:val="ListBullet"/>
        <w:rPr>
          <w:rFonts w:ascii="Times New Roman" w:hAnsi="Times New Roman" w:cs="Times New Roman"/>
          <w:sz w:val="24"/>
          <w:szCs w:val="24"/>
        </w:rPr>
      </w:pPr>
      <w:r w:rsidRPr="00124948">
        <w:rPr>
          <w:rFonts w:ascii="Times New Roman" w:hAnsi="Times New Roman" w:cs="Times New Roman"/>
          <w:sz w:val="24"/>
          <w:szCs w:val="24"/>
        </w:rPr>
        <w:t>Recognized with awards for digital design and color photography.</w:t>
      </w:r>
    </w:p>
    <w:p w14:paraId="67A27693" w14:textId="77777777" w:rsidR="00F37352" w:rsidRPr="00124948" w:rsidRDefault="00F14117">
      <w:pPr>
        <w:pStyle w:val="ListBullet"/>
        <w:rPr>
          <w:rFonts w:ascii="Times New Roman" w:hAnsi="Times New Roman" w:cs="Times New Roman"/>
          <w:sz w:val="24"/>
          <w:szCs w:val="24"/>
        </w:rPr>
      </w:pPr>
      <w:r w:rsidRPr="00124948">
        <w:rPr>
          <w:rFonts w:ascii="Times New Roman" w:hAnsi="Times New Roman" w:cs="Times New Roman"/>
          <w:sz w:val="24"/>
          <w:szCs w:val="24"/>
        </w:rPr>
        <w:t>Developed a portfolio demonstrating branding, photography, publication, and digital media projects.</w:t>
      </w:r>
    </w:p>
    <w:p w14:paraId="5EABDE8F" w14:textId="77777777" w:rsidR="00F37352" w:rsidRPr="00124948" w:rsidRDefault="00F14117" w:rsidP="00D37051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124948">
        <w:rPr>
          <w:rFonts w:ascii="Times New Roman" w:hAnsi="Times New Roman" w:cs="Times New Roman"/>
          <w:b/>
          <w:sz w:val="24"/>
          <w:szCs w:val="24"/>
          <w:u w:val="single"/>
        </w:rPr>
        <w:t>LEADERSHIP &amp; CAMPUS INVOLVEMENT</w:t>
      </w:r>
    </w:p>
    <w:p w14:paraId="02860924" w14:textId="77777777" w:rsidR="00F37352" w:rsidRPr="004314D5" w:rsidRDefault="00F14117" w:rsidP="00D37051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4314D5">
        <w:rPr>
          <w:rFonts w:ascii="Times New Roman" w:hAnsi="Times New Roman" w:cs="Times New Roman"/>
          <w:b/>
          <w:bCs/>
          <w:sz w:val="24"/>
          <w:szCs w:val="24"/>
        </w:rPr>
        <w:t>Phi Sigma Pi Honor Society | Member</w:t>
      </w:r>
    </w:p>
    <w:p w14:paraId="6B1960D9" w14:textId="77777777" w:rsidR="00F37352" w:rsidRPr="00124948" w:rsidRDefault="00F14117" w:rsidP="00D37051">
      <w:pPr>
        <w:pStyle w:val="ListBullet"/>
        <w:spacing w:after="0"/>
        <w:rPr>
          <w:rFonts w:ascii="Times New Roman" w:hAnsi="Times New Roman" w:cs="Times New Roman"/>
          <w:sz w:val="24"/>
          <w:szCs w:val="24"/>
        </w:rPr>
      </w:pPr>
      <w:r w:rsidRPr="00124948">
        <w:rPr>
          <w:rFonts w:ascii="Times New Roman" w:hAnsi="Times New Roman" w:cs="Times New Roman"/>
          <w:sz w:val="24"/>
          <w:szCs w:val="24"/>
        </w:rPr>
        <w:t>Organized fundraising initiatives supporting children's hospitals.</w:t>
      </w:r>
    </w:p>
    <w:p w14:paraId="47A55C92" w14:textId="77777777" w:rsidR="00F37352" w:rsidRPr="004314D5" w:rsidRDefault="00F14117" w:rsidP="00D37051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4314D5">
        <w:rPr>
          <w:rFonts w:ascii="Times New Roman" w:hAnsi="Times New Roman" w:cs="Times New Roman"/>
          <w:b/>
          <w:bCs/>
          <w:sz w:val="24"/>
          <w:szCs w:val="24"/>
        </w:rPr>
        <w:t>Graphic Design Club | Member</w:t>
      </w:r>
    </w:p>
    <w:p w14:paraId="2DDD21A2" w14:textId="77777777" w:rsidR="00F37352" w:rsidRPr="00124948" w:rsidRDefault="00F14117" w:rsidP="0070193F">
      <w:pPr>
        <w:pStyle w:val="ListBullet"/>
        <w:spacing w:after="0"/>
        <w:rPr>
          <w:rFonts w:ascii="Times New Roman" w:hAnsi="Times New Roman" w:cs="Times New Roman"/>
          <w:sz w:val="24"/>
          <w:szCs w:val="24"/>
        </w:rPr>
      </w:pPr>
      <w:r w:rsidRPr="00124948">
        <w:rPr>
          <w:rFonts w:ascii="Times New Roman" w:hAnsi="Times New Roman" w:cs="Times New Roman"/>
          <w:sz w:val="24"/>
          <w:szCs w:val="24"/>
        </w:rPr>
        <w:t>Expanded proficiency with industry-standard design software through collaborative workshops.</w:t>
      </w:r>
    </w:p>
    <w:p w14:paraId="55431488" w14:textId="77777777" w:rsidR="0070193F" w:rsidRDefault="0070193F" w:rsidP="0070193F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17602077" w14:textId="46B97ED2" w:rsidR="00F37352" w:rsidRPr="00124948" w:rsidRDefault="00F14117" w:rsidP="0070193F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124948">
        <w:rPr>
          <w:rFonts w:ascii="Times New Roman" w:hAnsi="Times New Roman" w:cs="Times New Roman"/>
          <w:b/>
          <w:sz w:val="24"/>
          <w:szCs w:val="24"/>
          <w:u w:val="single"/>
        </w:rPr>
        <w:t>TECHNICAL SKILLS</w:t>
      </w:r>
    </w:p>
    <w:p w14:paraId="5DCA3C30" w14:textId="0E1BBEAA" w:rsidR="00F37352" w:rsidRPr="00124948" w:rsidRDefault="00F14117">
      <w:pPr>
        <w:rPr>
          <w:rFonts w:ascii="Times New Roman" w:hAnsi="Times New Roman" w:cs="Times New Roman"/>
          <w:sz w:val="24"/>
          <w:szCs w:val="24"/>
        </w:rPr>
      </w:pPr>
      <w:r w:rsidRPr="00124948">
        <w:rPr>
          <w:rFonts w:ascii="Times New Roman" w:hAnsi="Times New Roman" w:cs="Times New Roman"/>
          <w:sz w:val="24"/>
          <w:szCs w:val="24"/>
        </w:rPr>
        <w:t>Adobe Photoshop</w:t>
      </w:r>
      <w:r w:rsidR="0070193F">
        <w:rPr>
          <w:rFonts w:ascii="Times New Roman" w:hAnsi="Times New Roman" w:cs="Times New Roman"/>
          <w:sz w:val="24"/>
          <w:szCs w:val="24"/>
        </w:rPr>
        <w:t xml:space="preserve">, </w:t>
      </w:r>
      <w:r w:rsidRPr="00124948">
        <w:rPr>
          <w:rFonts w:ascii="Times New Roman" w:hAnsi="Times New Roman" w:cs="Times New Roman"/>
          <w:sz w:val="24"/>
          <w:szCs w:val="24"/>
        </w:rPr>
        <w:t>Illustrator</w:t>
      </w:r>
      <w:r w:rsidR="0070193F">
        <w:rPr>
          <w:rFonts w:ascii="Times New Roman" w:hAnsi="Times New Roman" w:cs="Times New Roman"/>
          <w:sz w:val="24"/>
          <w:szCs w:val="24"/>
        </w:rPr>
        <w:t xml:space="preserve">, </w:t>
      </w:r>
      <w:r w:rsidRPr="00124948">
        <w:rPr>
          <w:rFonts w:ascii="Times New Roman" w:hAnsi="Times New Roman" w:cs="Times New Roman"/>
          <w:sz w:val="24"/>
          <w:szCs w:val="24"/>
        </w:rPr>
        <w:t>InDesign</w:t>
      </w:r>
      <w:r w:rsidR="009D0A10">
        <w:rPr>
          <w:rFonts w:ascii="Times New Roman" w:hAnsi="Times New Roman" w:cs="Times New Roman"/>
          <w:sz w:val="24"/>
          <w:szCs w:val="24"/>
        </w:rPr>
        <w:t xml:space="preserve">, </w:t>
      </w:r>
      <w:r w:rsidRPr="00124948">
        <w:rPr>
          <w:rFonts w:ascii="Times New Roman" w:hAnsi="Times New Roman" w:cs="Times New Roman"/>
          <w:sz w:val="24"/>
          <w:szCs w:val="24"/>
        </w:rPr>
        <w:t>Lightroom</w:t>
      </w:r>
      <w:r w:rsidR="009D0A10">
        <w:rPr>
          <w:rFonts w:ascii="Times New Roman" w:hAnsi="Times New Roman" w:cs="Times New Roman"/>
          <w:sz w:val="24"/>
          <w:szCs w:val="24"/>
        </w:rPr>
        <w:t xml:space="preserve">, </w:t>
      </w:r>
      <w:r w:rsidRPr="00124948">
        <w:rPr>
          <w:rFonts w:ascii="Times New Roman" w:hAnsi="Times New Roman" w:cs="Times New Roman"/>
          <w:sz w:val="24"/>
          <w:szCs w:val="24"/>
        </w:rPr>
        <w:t>Premiere Pro</w:t>
      </w:r>
      <w:r w:rsidR="009D0A10">
        <w:rPr>
          <w:rFonts w:ascii="Times New Roman" w:hAnsi="Times New Roman" w:cs="Times New Roman"/>
          <w:sz w:val="24"/>
          <w:szCs w:val="24"/>
        </w:rPr>
        <w:t xml:space="preserve">, </w:t>
      </w:r>
      <w:r w:rsidRPr="00124948">
        <w:rPr>
          <w:rFonts w:ascii="Times New Roman" w:hAnsi="Times New Roman" w:cs="Times New Roman"/>
          <w:sz w:val="24"/>
          <w:szCs w:val="24"/>
        </w:rPr>
        <w:t>After Effects</w:t>
      </w:r>
      <w:r w:rsidR="009D0A10">
        <w:rPr>
          <w:rFonts w:ascii="Times New Roman" w:hAnsi="Times New Roman" w:cs="Times New Roman"/>
          <w:sz w:val="24"/>
          <w:szCs w:val="24"/>
        </w:rPr>
        <w:t xml:space="preserve">, </w:t>
      </w:r>
      <w:r w:rsidRPr="00124948">
        <w:rPr>
          <w:rFonts w:ascii="Times New Roman" w:hAnsi="Times New Roman" w:cs="Times New Roman"/>
          <w:sz w:val="24"/>
          <w:szCs w:val="24"/>
        </w:rPr>
        <w:t>Photography</w:t>
      </w:r>
      <w:r w:rsidR="009D0A10">
        <w:rPr>
          <w:rFonts w:ascii="Times New Roman" w:hAnsi="Times New Roman" w:cs="Times New Roman"/>
          <w:sz w:val="24"/>
          <w:szCs w:val="24"/>
        </w:rPr>
        <w:t xml:space="preserve">, </w:t>
      </w:r>
      <w:r w:rsidRPr="00124948">
        <w:rPr>
          <w:rFonts w:ascii="Times New Roman" w:hAnsi="Times New Roman" w:cs="Times New Roman"/>
          <w:sz w:val="24"/>
          <w:szCs w:val="24"/>
        </w:rPr>
        <w:t>Branding</w:t>
      </w:r>
      <w:r w:rsidR="009D0A10">
        <w:rPr>
          <w:rFonts w:ascii="Times New Roman" w:hAnsi="Times New Roman" w:cs="Times New Roman"/>
          <w:sz w:val="24"/>
          <w:szCs w:val="24"/>
        </w:rPr>
        <w:t>,</w:t>
      </w:r>
      <w:r w:rsidRPr="00124948">
        <w:rPr>
          <w:rFonts w:ascii="Times New Roman" w:hAnsi="Times New Roman" w:cs="Times New Roman"/>
          <w:sz w:val="24"/>
          <w:szCs w:val="24"/>
        </w:rPr>
        <w:t xml:space="preserve"> Typography</w:t>
      </w:r>
      <w:r w:rsidR="004417DE">
        <w:rPr>
          <w:rFonts w:ascii="Times New Roman" w:hAnsi="Times New Roman" w:cs="Times New Roman"/>
          <w:sz w:val="24"/>
          <w:szCs w:val="24"/>
        </w:rPr>
        <w:t xml:space="preserve">, </w:t>
      </w:r>
      <w:r w:rsidRPr="00124948">
        <w:rPr>
          <w:rFonts w:ascii="Times New Roman" w:hAnsi="Times New Roman" w:cs="Times New Roman"/>
          <w:sz w:val="24"/>
          <w:szCs w:val="24"/>
        </w:rPr>
        <w:t>Social Media Content</w:t>
      </w:r>
      <w:r w:rsidR="004417DE">
        <w:rPr>
          <w:rFonts w:ascii="Times New Roman" w:hAnsi="Times New Roman" w:cs="Times New Roman"/>
          <w:sz w:val="24"/>
          <w:szCs w:val="24"/>
        </w:rPr>
        <w:t xml:space="preserve">, </w:t>
      </w:r>
      <w:r w:rsidRPr="00124948">
        <w:rPr>
          <w:rFonts w:ascii="Times New Roman" w:hAnsi="Times New Roman" w:cs="Times New Roman"/>
          <w:sz w:val="24"/>
          <w:szCs w:val="24"/>
        </w:rPr>
        <w:t>Microsoft Office</w:t>
      </w:r>
      <w:r w:rsidR="004417DE">
        <w:rPr>
          <w:rFonts w:ascii="Times New Roman" w:hAnsi="Times New Roman" w:cs="Times New Roman"/>
          <w:sz w:val="24"/>
          <w:szCs w:val="24"/>
        </w:rPr>
        <w:t xml:space="preserve">, </w:t>
      </w:r>
      <w:r w:rsidRPr="00124948">
        <w:rPr>
          <w:rFonts w:ascii="Times New Roman" w:hAnsi="Times New Roman" w:cs="Times New Roman"/>
          <w:sz w:val="24"/>
          <w:szCs w:val="24"/>
        </w:rPr>
        <w:t>Google Workspace</w:t>
      </w:r>
    </w:p>
    <w:sectPr w:rsidR="00F37352" w:rsidRPr="00124948" w:rsidSect="00667A06">
      <w:pgSz w:w="12240" w:h="15840"/>
      <w:pgMar w:top="270" w:right="450" w:bottom="270" w:left="5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4DB54EB5"/>
    <w:multiLevelType w:val="hybridMultilevel"/>
    <w:tmpl w:val="787801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36684953">
    <w:abstractNumId w:val="8"/>
  </w:num>
  <w:num w:numId="2" w16cid:durableId="1418552672">
    <w:abstractNumId w:val="6"/>
  </w:num>
  <w:num w:numId="3" w16cid:durableId="1944803540">
    <w:abstractNumId w:val="5"/>
  </w:num>
  <w:num w:numId="4" w16cid:durableId="1162505003">
    <w:abstractNumId w:val="4"/>
  </w:num>
  <w:num w:numId="5" w16cid:durableId="467821322">
    <w:abstractNumId w:val="7"/>
  </w:num>
  <w:num w:numId="6" w16cid:durableId="1038165519">
    <w:abstractNumId w:val="3"/>
  </w:num>
  <w:num w:numId="7" w16cid:durableId="1278102963">
    <w:abstractNumId w:val="2"/>
  </w:num>
  <w:num w:numId="8" w16cid:durableId="2110614530">
    <w:abstractNumId w:val="1"/>
  </w:num>
  <w:num w:numId="9" w16cid:durableId="1745374695">
    <w:abstractNumId w:val="0"/>
  </w:num>
  <w:num w:numId="10" w16cid:durableId="125496955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24948"/>
    <w:rsid w:val="00141001"/>
    <w:rsid w:val="0015074B"/>
    <w:rsid w:val="0027750D"/>
    <w:rsid w:val="0029639D"/>
    <w:rsid w:val="002B1985"/>
    <w:rsid w:val="00311A0F"/>
    <w:rsid w:val="00326F90"/>
    <w:rsid w:val="004314D5"/>
    <w:rsid w:val="004417DE"/>
    <w:rsid w:val="00506B31"/>
    <w:rsid w:val="00667A06"/>
    <w:rsid w:val="0070193F"/>
    <w:rsid w:val="007B1444"/>
    <w:rsid w:val="008042C2"/>
    <w:rsid w:val="009D0A10"/>
    <w:rsid w:val="00AA1D8D"/>
    <w:rsid w:val="00B47730"/>
    <w:rsid w:val="00B52C1E"/>
    <w:rsid w:val="00CB0664"/>
    <w:rsid w:val="00D37051"/>
    <w:rsid w:val="00D765B9"/>
    <w:rsid w:val="00EC079A"/>
    <w:rsid w:val="00F14117"/>
    <w:rsid w:val="00F322B8"/>
    <w:rsid w:val="00F37352"/>
    <w:rsid w:val="00FC693F"/>
    <w:rsid w:val="00FF1D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D3B1968"/>
  <w14:defaultImageDpi w14:val="300"/>
  <w15:docId w15:val="{A3166169-1155-42B0-A488-7223ABE51D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391</Words>
  <Characters>2232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2618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Smart, Miesha</cp:lastModifiedBy>
  <cp:revision>2</cp:revision>
  <dcterms:created xsi:type="dcterms:W3CDTF">2026-09-23T12:58:00Z</dcterms:created>
  <dcterms:modified xsi:type="dcterms:W3CDTF">2026-09-23T12:58:00Z</dcterms:modified>
  <cp:category/>
</cp:coreProperties>
</file>