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48E2E" w14:textId="77777777" w:rsidR="00634E15" w:rsidRPr="0055395D" w:rsidRDefault="001353CB">
      <w:pPr>
        <w:jc w:val="center"/>
        <w:rPr>
          <w:rFonts w:ascii="Times New Roman" w:hAnsi="Times New Roman" w:cs="Times New Roman"/>
          <w:sz w:val="24"/>
          <w:szCs w:val="24"/>
        </w:rPr>
      </w:pPr>
      <w:r w:rsidRPr="0055395D">
        <w:rPr>
          <w:rFonts w:ascii="Times New Roman" w:hAnsi="Times New Roman" w:cs="Times New Roman"/>
          <w:b/>
          <w:sz w:val="24"/>
          <w:szCs w:val="24"/>
        </w:rPr>
        <w:t>STUDENT NAME</w:t>
      </w:r>
      <w:r w:rsidRPr="0055395D">
        <w:rPr>
          <w:rFonts w:ascii="Times New Roman" w:hAnsi="Times New Roman" w:cs="Times New Roman"/>
          <w:b/>
          <w:sz w:val="24"/>
          <w:szCs w:val="24"/>
        </w:rPr>
        <w:br/>
      </w:r>
      <w:r w:rsidRPr="0055395D">
        <w:rPr>
          <w:rFonts w:ascii="Times New Roman" w:hAnsi="Times New Roman" w:cs="Times New Roman"/>
          <w:sz w:val="24"/>
          <w:szCs w:val="24"/>
        </w:rPr>
        <w:t>City, State | (555) 555-5555 | student@email.edu | LinkedIn | Digital Portfolio</w:t>
      </w:r>
    </w:p>
    <w:p w14:paraId="027F4618" w14:textId="77777777" w:rsidR="00634E15" w:rsidRPr="0055395D" w:rsidRDefault="001353CB" w:rsidP="0055395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5395D">
        <w:rPr>
          <w:rFonts w:ascii="Times New Roman" w:hAnsi="Times New Roman" w:cs="Times New Roman"/>
          <w:b/>
          <w:sz w:val="24"/>
          <w:szCs w:val="24"/>
          <w:u w:val="single"/>
        </w:rPr>
        <w:t>EDUCATION</w:t>
      </w:r>
    </w:p>
    <w:p w14:paraId="28758BFF" w14:textId="02A07213" w:rsidR="0055395D" w:rsidRDefault="001353CB" w:rsidP="005539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395D">
        <w:rPr>
          <w:rFonts w:ascii="Times New Roman" w:hAnsi="Times New Roman" w:cs="Times New Roman"/>
          <w:sz w:val="24"/>
          <w:szCs w:val="24"/>
        </w:rPr>
        <w:t>University of South Carolina | Columbia, SC</w:t>
      </w:r>
      <w:r w:rsidRPr="0055395D">
        <w:rPr>
          <w:rFonts w:ascii="Times New Roman" w:hAnsi="Times New Roman" w:cs="Times New Roman"/>
          <w:sz w:val="24"/>
          <w:szCs w:val="24"/>
        </w:rPr>
        <w:br/>
        <w:t xml:space="preserve">Bachelor of </w:t>
      </w:r>
      <w:r w:rsidR="00A6538E">
        <w:rPr>
          <w:rFonts w:ascii="Times New Roman" w:hAnsi="Times New Roman" w:cs="Times New Roman"/>
          <w:sz w:val="24"/>
          <w:szCs w:val="24"/>
        </w:rPr>
        <w:t>Arts</w:t>
      </w:r>
      <w:r w:rsidR="006744E7">
        <w:rPr>
          <w:rFonts w:ascii="Times New Roman" w:hAnsi="Times New Roman" w:cs="Times New Roman"/>
          <w:sz w:val="24"/>
          <w:szCs w:val="24"/>
        </w:rPr>
        <w:t xml:space="preserve"> </w:t>
      </w:r>
      <w:r w:rsidRPr="0055395D">
        <w:rPr>
          <w:rFonts w:ascii="Times New Roman" w:hAnsi="Times New Roman" w:cs="Times New Roman"/>
          <w:sz w:val="24"/>
          <w:szCs w:val="24"/>
        </w:rPr>
        <w:t>Music</w:t>
      </w:r>
      <w:r w:rsidR="00861266">
        <w:rPr>
          <w:rFonts w:ascii="Times New Roman" w:hAnsi="Times New Roman" w:cs="Times New Roman"/>
          <w:sz w:val="24"/>
          <w:szCs w:val="24"/>
        </w:rPr>
        <w:t xml:space="preserve"> in </w:t>
      </w:r>
      <w:r w:rsidRPr="0055395D">
        <w:rPr>
          <w:rFonts w:ascii="Times New Roman" w:hAnsi="Times New Roman" w:cs="Times New Roman"/>
          <w:sz w:val="24"/>
          <w:szCs w:val="24"/>
        </w:rPr>
        <w:t>Composition | Expected May 20XX</w:t>
      </w:r>
      <w:r w:rsidRPr="0055395D">
        <w:rPr>
          <w:rFonts w:ascii="Times New Roman" w:hAnsi="Times New Roman" w:cs="Times New Roman"/>
          <w:sz w:val="24"/>
          <w:szCs w:val="24"/>
        </w:rPr>
        <w:br/>
      </w:r>
      <w:r w:rsidRPr="00861266">
        <w:rPr>
          <w:rFonts w:ascii="Times New Roman" w:hAnsi="Times New Roman" w:cs="Times New Roman"/>
          <w:b/>
          <w:bCs/>
          <w:sz w:val="24"/>
          <w:szCs w:val="24"/>
        </w:rPr>
        <w:t>Applied Voice:</w:t>
      </w:r>
      <w:r w:rsidRPr="0055395D">
        <w:rPr>
          <w:rFonts w:ascii="Times New Roman" w:hAnsi="Times New Roman" w:cs="Times New Roman"/>
          <w:sz w:val="24"/>
          <w:szCs w:val="24"/>
        </w:rPr>
        <w:t xml:space="preserve"> Dr. Nina Tober | Applied Piano: Dr. Ilya Blinov</w:t>
      </w:r>
      <w:r w:rsidRPr="0055395D">
        <w:rPr>
          <w:rFonts w:ascii="Times New Roman" w:hAnsi="Times New Roman" w:cs="Times New Roman"/>
          <w:sz w:val="24"/>
          <w:szCs w:val="24"/>
        </w:rPr>
        <w:br/>
      </w:r>
      <w:r w:rsidRPr="00861266">
        <w:rPr>
          <w:rFonts w:ascii="Times New Roman" w:hAnsi="Times New Roman" w:cs="Times New Roman"/>
          <w:b/>
          <w:bCs/>
          <w:sz w:val="24"/>
          <w:szCs w:val="24"/>
        </w:rPr>
        <w:t>Additional Vocal Study:</w:t>
      </w:r>
      <w:r w:rsidRPr="0055395D">
        <w:rPr>
          <w:rFonts w:ascii="Times New Roman" w:hAnsi="Times New Roman" w:cs="Times New Roman"/>
          <w:sz w:val="24"/>
          <w:szCs w:val="24"/>
        </w:rPr>
        <w:t xml:space="preserve"> Liverpool Hope University; Colleen Renshaw</w:t>
      </w:r>
    </w:p>
    <w:p w14:paraId="18DB30CB" w14:textId="77777777" w:rsidR="0055395D" w:rsidRPr="0055395D" w:rsidRDefault="0055395D" w:rsidP="005539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5733B0" w14:textId="37969F99" w:rsidR="00634E15" w:rsidRPr="0055395D" w:rsidRDefault="001353CB" w:rsidP="0055395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5395D">
        <w:rPr>
          <w:rFonts w:ascii="Times New Roman" w:hAnsi="Times New Roman" w:cs="Times New Roman"/>
          <w:b/>
          <w:sz w:val="24"/>
          <w:szCs w:val="24"/>
          <w:u w:val="single"/>
        </w:rPr>
        <w:t>PERFORMANCE EXPERIENCE</w:t>
      </w:r>
    </w:p>
    <w:p w14:paraId="14FAC709" w14:textId="77777777" w:rsidR="0002744D" w:rsidRPr="0055395D" w:rsidRDefault="0002744D" w:rsidP="005539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5395D">
        <w:rPr>
          <w:rFonts w:ascii="Times New Roman" w:hAnsi="Times New Roman" w:cs="Times New Roman"/>
          <w:b/>
          <w:bCs/>
          <w:sz w:val="24"/>
          <w:szCs w:val="24"/>
        </w:rPr>
        <w:t>Vocal Performance | University of South Carolina School of Music</w:t>
      </w:r>
    </w:p>
    <w:p w14:paraId="73B26DFF" w14:textId="77777777" w:rsidR="0002744D" w:rsidRPr="0055395D" w:rsidRDefault="0002744D" w:rsidP="005539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395D">
        <w:rPr>
          <w:rFonts w:ascii="Times New Roman" w:hAnsi="Times New Roman" w:cs="Times New Roman"/>
          <w:b/>
          <w:bCs/>
          <w:sz w:val="24"/>
          <w:szCs w:val="24"/>
        </w:rPr>
        <w:t>August 20XX – Present</w:t>
      </w:r>
    </w:p>
    <w:p w14:paraId="1F32C5A7" w14:textId="77777777" w:rsidR="0002744D" w:rsidRPr="0055395D" w:rsidRDefault="0002744D" w:rsidP="0055395D">
      <w:pPr>
        <w:numPr>
          <w:ilvl w:val="0"/>
          <w:numId w:val="10"/>
        </w:numPr>
        <w:tabs>
          <w:tab w:val="clear" w:pos="720"/>
          <w:tab w:val="num" w:pos="180"/>
        </w:tabs>
        <w:spacing w:after="0"/>
        <w:ind w:left="180" w:hanging="180"/>
        <w:rPr>
          <w:rFonts w:ascii="Times New Roman" w:hAnsi="Times New Roman" w:cs="Times New Roman"/>
          <w:sz w:val="24"/>
          <w:szCs w:val="24"/>
        </w:rPr>
      </w:pPr>
      <w:r w:rsidRPr="0055395D">
        <w:rPr>
          <w:rFonts w:ascii="Times New Roman" w:hAnsi="Times New Roman" w:cs="Times New Roman"/>
          <w:sz w:val="24"/>
          <w:szCs w:val="24"/>
        </w:rPr>
        <w:t xml:space="preserve">Perform advanced solo and collaborative vocal repertoire in juried performances, studio classes, departmental recitals, and public concerts representing Baroque, Classical, Romantic, Contemporary, and Musical Theatre literature. </w:t>
      </w:r>
    </w:p>
    <w:p w14:paraId="79D54E70" w14:textId="5EE0B240" w:rsidR="0002744D" w:rsidRPr="0055395D" w:rsidRDefault="0002744D" w:rsidP="0055395D">
      <w:pPr>
        <w:numPr>
          <w:ilvl w:val="0"/>
          <w:numId w:val="10"/>
        </w:numPr>
        <w:tabs>
          <w:tab w:val="clear" w:pos="720"/>
          <w:tab w:val="num" w:pos="180"/>
        </w:tabs>
        <w:spacing w:after="0"/>
        <w:ind w:left="180" w:hanging="180"/>
        <w:rPr>
          <w:rFonts w:ascii="Times New Roman" w:hAnsi="Times New Roman" w:cs="Times New Roman"/>
          <w:sz w:val="24"/>
          <w:szCs w:val="24"/>
        </w:rPr>
      </w:pPr>
      <w:r w:rsidRPr="0055395D">
        <w:rPr>
          <w:rFonts w:ascii="Times New Roman" w:hAnsi="Times New Roman" w:cs="Times New Roman"/>
          <w:sz w:val="24"/>
          <w:szCs w:val="24"/>
        </w:rPr>
        <w:t>Prepare and memorize more than 40 works in English, Italian, German, French, and Latin</w:t>
      </w:r>
      <w:r w:rsidR="0055395D">
        <w:rPr>
          <w:rFonts w:ascii="Times New Roman" w:hAnsi="Times New Roman" w:cs="Times New Roman"/>
          <w:sz w:val="24"/>
          <w:szCs w:val="24"/>
        </w:rPr>
        <w:t>.</w:t>
      </w:r>
      <w:r w:rsidRPr="005539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0A00CB" w14:textId="6D2336F6" w:rsidR="0002744D" w:rsidRPr="0055395D" w:rsidRDefault="0002744D" w:rsidP="0055395D">
      <w:pPr>
        <w:numPr>
          <w:ilvl w:val="0"/>
          <w:numId w:val="10"/>
        </w:numPr>
        <w:tabs>
          <w:tab w:val="clear" w:pos="720"/>
          <w:tab w:val="num" w:pos="180"/>
        </w:tabs>
        <w:spacing w:after="0"/>
        <w:ind w:left="180" w:hanging="180"/>
        <w:rPr>
          <w:rFonts w:ascii="Times New Roman" w:hAnsi="Times New Roman" w:cs="Times New Roman"/>
          <w:sz w:val="24"/>
          <w:szCs w:val="24"/>
        </w:rPr>
      </w:pPr>
      <w:r w:rsidRPr="0055395D">
        <w:rPr>
          <w:rFonts w:ascii="Times New Roman" w:hAnsi="Times New Roman" w:cs="Times New Roman"/>
          <w:sz w:val="24"/>
          <w:szCs w:val="24"/>
        </w:rPr>
        <w:t>Collaborate with faculty artists, collaborative pianists, instrumentalists, conductors, and fellow vocalists.</w:t>
      </w:r>
    </w:p>
    <w:p w14:paraId="58DFAC68" w14:textId="77777777" w:rsidR="0055395D" w:rsidRDefault="0055395D" w:rsidP="0055395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677ABFD" w14:textId="7B0062EA" w:rsidR="0002744D" w:rsidRPr="0055395D" w:rsidRDefault="0002744D" w:rsidP="0055395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5395D">
        <w:rPr>
          <w:rFonts w:ascii="Times New Roman" w:hAnsi="Times New Roman" w:cs="Times New Roman"/>
          <w:b/>
          <w:bCs/>
          <w:sz w:val="24"/>
          <w:szCs w:val="24"/>
          <w:u w:val="single"/>
        </w:rPr>
        <w:t>COMPOSITION &amp; CREATIVE PROJECTS</w:t>
      </w:r>
    </w:p>
    <w:p w14:paraId="217789C4" w14:textId="77777777" w:rsidR="0002744D" w:rsidRPr="0055395D" w:rsidRDefault="0002744D" w:rsidP="005539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5395D">
        <w:rPr>
          <w:rFonts w:ascii="Times New Roman" w:hAnsi="Times New Roman" w:cs="Times New Roman"/>
          <w:b/>
          <w:bCs/>
          <w:sz w:val="24"/>
          <w:szCs w:val="24"/>
        </w:rPr>
        <w:t>Senior Composition Recital</w:t>
      </w:r>
    </w:p>
    <w:p w14:paraId="01ECF7D4" w14:textId="77777777" w:rsidR="0002744D" w:rsidRPr="0055395D" w:rsidRDefault="0002744D" w:rsidP="005539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5395D">
        <w:rPr>
          <w:rFonts w:ascii="Times New Roman" w:hAnsi="Times New Roman" w:cs="Times New Roman"/>
          <w:b/>
          <w:bCs/>
          <w:sz w:val="24"/>
          <w:szCs w:val="24"/>
        </w:rPr>
        <w:t>Capstone Project</w:t>
      </w:r>
    </w:p>
    <w:p w14:paraId="7AEC2866" w14:textId="77777777" w:rsidR="0002744D" w:rsidRPr="0055395D" w:rsidRDefault="0002744D" w:rsidP="0055395D">
      <w:pPr>
        <w:numPr>
          <w:ilvl w:val="0"/>
          <w:numId w:val="12"/>
        </w:numPr>
        <w:tabs>
          <w:tab w:val="clear" w:pos="720"/>
          <w:tab w:val="num" w:pos="180"/>
        </w:tabs>
        <w:spacing w:after="0"/>
        <w:ind w:left="180" w:hanging="180"/>
        <w:rPr>
          <w:rFonts w:ascii="Times New Roman" w:hAnsi="Times New Roman" w:cs="Times New Roman"/>
          <w:sz w:val="24"/>
          <w:szCs w:val="24"/>
        </w:rPr>
      </w:pPr>
      <w:r w:rsidRPr="0055395D">
        <w:rPr>
          <w:rFonts w:ascii="Times New Roman" w:hAnsi="Times New Roman" w:cs="Times New Roman"/>
          <w:sz w:val="24"/>
          <w:szCs w:val="24"/>
        </w:rPr>
        <w:t xml:space="preserve">Planned, produced, and managed a full-length senior composition recital featuring original vocal, chamber, choral, and instrumental works. </w:t>
      </w:r>
    </w:p>
    <w:p w14:paraId="50D6CD96" w14:textId="74F0EA03" w:rsidR="0002744D" w:rsidRPr="0055395D" w:rsidRDefault="0002744D" w:rsidP="0055395D">
      <w:pPr>
        <w:numPr>
          <w:ilvl w:val="0"/>
          <w:numId w:val="12"/>
        </w:numPr>
        <w:tabs>
          <w:tab w:val="clear" w:pos="720"/>
          <w:tab w:val="num" w:pos="180"/>
        </w:tabs>
        <w:spacing w:after="0"/>
        <w:ind w:left="180" w:hanging="180"/>
        <w:rPr>
          <w:rFonts w:ascii="Times New Roman" w:hAnsi="Times New Roman" w:cs="Times New Roman"/>
          <w:sz w:val="24"/>
          <w:szCs w:val="24"/>
        </w:rPr>
      </w:pPr>
      <w:r w:rsidRPr="0055395D">
        <w:rPr>
          <w:rFonts w:ascii="Times New Roman" w:hAnsi="Times New Roman" w:cs="Times New Roman"/>
          <w:sz w:val="24"/>
          <w:szCs w:val="24"/>
        </w:rPr>
        <w:t xml:space="preserve">Coordinated rehearsal schedules involving vocalists, instrumentalists, collaborative pianists, and faculty. </w:t>
      </w:r>
    </w:p>
    <w:p w14:paraId="6FAD495A" w14:textId="1344BFF8" w:rsidR="0055395D" w:rsidRPr="00861266" w:rsidRDefault="0002744D" w:rsidP="00861266">
      <w:pPr>
        <w:numPr>
          <w:ilvl w:val="0"/>
          <w:numId w:val="12"/>
        </w:numPr>
        <w:tabs>
          <w:tab w:val="clear" w:pos="720"/>
          <w:tab w:val="num" w:pos="180"/>
        </w:tabs>
        <w:spacing w:after="0"/>
        <w:ind w:left="180" w:hanging="180"/>
        <w:rPr>
          <w:rFonts w:ascii="Times New Roman" w:hAnsi="Times New Roman" w:cs="Times New Roman"/>
          <w:sz w:val="24"/>
          <w:szCs w:val="24"/>
        </w:rPr>
      </w:pPr>
      <w:r w:rsidRPr="0055395D">
        <w:rPr>
          <w:rFonts w:ascii="Times New Roman" w:hAnsi="Times New Roman" w:cs="Times New Roman"/>
          <w:sz w:val="24"/>
          <w:szCs w:val="24"/>
        </w:rPr>
        <w:t>Prepared professional scores, performance parts, concert programs, and rehearsal materials</w:t>
      </w:r>
      <w:r w:rsidR="0055395D">
        <w:rPr>
          <w:rFonts w:ascii="Times New Roman" w:hAnsi="Times New Roman" w:cs="Times New Roman"/>
          <w:sz w:val="24"/>
          <w:szCs w:val="24"/>
        </w:rPr>
        <w:t>.</w:t>
      </w:r>
    </w:p>
    <w:p w14:paraId="71C0D939" w14:textId="77777777" w:rsidR="00861266" w:rsidRDefault="00861266" w:rsidP="0086126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D9F31A" w14:textId="4DD4A4BE" w:rsidR="00634E15" w:rsidRPr="0055395D" w:rsidRDefault="001353CB" w:rsidP="0086126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5395D">
        <w:rPr>
          <w:rFonts w:ascii="Times New Roman" w:hAnsi="Times New Roman" w:cs="Times New Roman"/>
          <w:b/>
          <w:sz w:val="24"/>
          <w:szCs w:val="24"/>
          <w:u w:val="single"/>
        </w:rPr>
        <w:t>TEACHING EXPERIENCE</w:t>
      </w:r>
    </w:p>
    <w:p w14:paraId="171D3E40" w14:textId="77777777" w:rsidR="0002744D" w:rsidRPr="0055395D" w:rsidRDefault="0002744D" w:rsidP="005539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5395D">
        <w:rPr>
          <w:rFonts w:ascii="Times New Roman" w:hAnsi="Times New Roman" w:cs="Times New Roman"/>
          <w:b/>
          <w:bCs/>
          <w:sz w:val="24"/>
          <w:szCs w:val="24"/>
        </w:rPr>
        <w:t>Private Voice &amp; Piano Instructor</w:t>
      </w:r>
    </w:p>
    <w:p w14:paraId="57E9DDD6" w14:textId="77777777" w:rsidR="0002744D" w:rsidRPr="0055395D" w:rsidRDefault="0002744D" w:rsidP="005539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395D">
        <w:rPr>
          <w:rFonts w:ascii="Times New Roman" w:hAnsi="Times New Roman" w:cs="Times New Roman"/>
          <w:b/>
          <w:bCs/>
          <w:sz w:val="24"/>
          <w:szCs w:val="24"/>
        </w:rPr>
        <w:t>May 20XX – Present</w:t>
      </w:r>
    </w:p>
    <w:p w14:paraId="41F04A9C" w14:textId="528CEC37" w:rsidR="0002744D" w:rsidRPr="0055395D" w:rsidRDefault="0002744D" w:rsidP="0055395D">
      <w:pPr>
        <w:numPr>
          <w:ilvl w:val="0"/>
          <w:numId w:val="13"/>
        </w:numPr>
        <w:tabs>
          <w:tab w:val="clear" w:pos="720"/>
          <w:tab w:val="num" w:pos="180"/>
        </w:tabs>
        <w:spacing w:after="0"/>
        <w:ind w:left="180" w:hanging="180"/>
        <w:rPr>
          <w:rFonts w:ascii="Times New Roman" w:hAnsi="Times New Roman" w:cs="Times New Roman"/>
          <w:sz w:val="24"/>
          <w:szCs w:val="24"/>
        </w:rPr>
      </w:pPr>
      <w:r w:rsidRPr="0055395D">
        <w:rPr>
          <w:rFonts w:ascii="Times New Roman" w:hAnsi="Times New Roman" w:cs="Times New Roman"/>
          <w:sz w:val="24"/>
          <w:szCs w:val="24"/>
        </w:rPr>
        <w:t>Maintain a private teaching studio serving beginning and intermediate students</w:t>
      </w:r>
      <w:r w:rsidR="0055395D">
        <w:rPr>
          <w:rFonts w:ascii="Times New Roman" w:hAnsi="Times New Roman" w:cs="Times New Roman"/>
          <w:sz w:val="24"/>
          <w:szCs w:val="24"/>
        </w:rPr>
        <w:t>.</w:t>
      </w:r>
    </w:p>
    <w:p w14:paraId="3A6B23C8" w14:textId="47D9AD4F" w:rsidR="0002744D" w:rsidRPr="0055395D" w:rsidRDefault="0002744D" w:rsidP="0055395D">
      <w:pPr>
        <w:numPr>
          <w:ilvl w:val="0"/>
          <w:numId w:val="13"/>
        </w:numPr>
        <w:tabs>
          <w:tab w:val="clear" w:pos="720"/>
          <w:tab w:val="num" w:pos="180"/>
        </w:tabs>
        <w:ind w:left="180" w:hanging="180"/>
        <w:rPr>
          <w:rFonts w:ascii="Times New Roman" w:hAnsi="Times New Roman" w:cs="Times New Roman"/>
          <w:sz w:val="24"/>
          <w:szCs w:val="24"/>
        </w:rPr>
      </w:pPr>
      <w:r w:rsidRPr="0055395D">
        <w:rPr>
          <w:rFonts w:ascii="Times New Roman" w:hAnsi="Times New Roman" w:cs="Times New Roman"/>
          <w:sz w:val="24"/>
          <w:szCs w:val="24"/>
        </w:rPr>
        <w:t xml:space="preserve">Design individualized lesson plans </w:t>
      </w:r>
      <w:r w:rsidR="0055395D">
        <w:rPr>
          <w:rFonts w:ascii="Times New Roman" w:hAnsi="Times New Roman" w:cs="Times New Roman"/>
          <w:sz w:val="24"/>
          <w:szCs w:val="24"/>
        </w:rPr>
        <w:t>focus on</w:t>
      </w:r>
      <w:r w:rsidRPr="0055395D">
        <w:rPr>
          <w:rFonts w:ascii="Times New Roman" w:hAnsi="Times New Roman" w:cs="Times New Roman"/>
          <w:sz w:val="24"/>
          <w:szCs w:val="24"/>
        </w:rPr>
        <w:t xml:space="preserve"> vocal pedagogy, healthy technique, sight-reading, music theory, diction, and performance confidence.</w:t>
      </w:r>
    </w:p>
    <w:p w14:paraId="2C2E8F99" w14:textId="77777777" w:rsidR="00AF4D05" w:rsidRPr="0055395D" w:rsidRDefault="00AF4D05" w:rsidP="005539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5395D">
        <w:rPr>
          <w:rFonts w:ascii="Times New Roman" w:hAnsi="Times New Roman" w:cs="Times New Roman"/>
          <w:b/>
          <w:bCs/>
          <w:sz w:val="24"/>
          <w:szCs w:val="24"/>
        </w:rPr>
        <w:t>Music Camp Instructor</w:t>
      </w:r>
    </w:p>
    <w:p w14:paraId="1147A9CA" w14:textId="77777777" w:rsidR="00AF4D05" w:rsidRPr="0055395D" w:rsidRDefault="00AF4D05" w:rsidP="0055395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395D">
        <w:rPr>
          <w:rFonts w:ascii="Times New Roman" w:hAnsi="Times New Roman" w:cs="Times New Roman"/>
          <w:b/>
          <w:bCs/>
          <w:sz w:val="24"/>
          <w:szCs w:val="24"/>
        </w:rPr>
        <w:t xml:space="preserve">Camp </w:t>
      </w:r>
      <w:proofErr w:type="spellStart"/>
      <w:r w:rsidRPr="0055395D">
        <w:rPr>
          <w:rFonts w:ascii="Times New Roman" w:hAnsi="Times New Roman" w:cs="Times New Roman"/>
          <w:b/>
          <w:bCs/>
          <w:sz w:val="24"/>
          <w:szCs w:val="24"/>
        </w:rPr>
        <w:t>eXpresso</w:t>
      </w:r>
      <w:proofErr w:type="spellEnd"/>
      <w:r w:rsidRPr="0055395D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14:paraId="05496F9F" w14:textId="38C0526A" w:rsidR="00AF4D05" w:rsidRPr="0055395D" w:rsidRDefault="00AF4D05" w:rsidP="0055395D">
      <w:pPr>
        <w:numPr>
          <w:ilvl w:val="0"/>
          <w:numId w:val="14"/>
        </w:numPr>
        <w:tabs>
          <w:tab w:val="clear" w:pos="720"/>
          <w:tab w:val="num" w:pos="450"/>
        </w:tabs>
        <w:spacing w:after="0"/>
        <w:ind w:left="180" w:hanging="180"/>
        <w:rPr>
          <w:rFonts w:ascii="Times New Roman" w:hAnsi="Times New Roman" w:cs="Times New Roman"/>
          <w:bCs/>
          <w:sz w:val="24"/>
          <w:szCs w:val="24"/>
        </w:rPr>
      </w:pPr>
      <w:r w:rsidRPr="0055395D">
        <w:rPr>
          <w:rFonts w:ascii="Times New Roman" w:hAnsi="Times New Roman" w:cs="Times New Roman"/>
          <w:bCs/>
          <w:sz w:val="24"/>
          <w:szCs w:val="24"/>
        </w:rPr>
        <w:t>Taught daily musical theatre classes for groups of campers ages 8–16</w:t>
      </w:r>
      <w:r w:rsidR="0055395D">
        <w:rPr>
          <w:rFonts w:ascii="Times New Roman" w:hAnsi="Times New Roman" w:cs="Times New Roman"/>
          <w:bCs/>
          <w:sz w:val="24"/>
          <w:szCs w:val="24"/>
        </w:rPr>
        <w:t>.</w:t>
      </w:r>
      <w:r w:rsidRPr="0055395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D4BD3F1" w14:textId="17BC2249" w:rsidR="00AF4D05" w:rsidRPr="0055395D" w:rsidRDefault="00AF4D05" w:rsidP="00861266">
      <w:pPr>
        <w:numPr>
          <w:ilvl w:val="0"/>
          <w:numId w:val="14"/>
        </w:numPr>
        <w:tabs>
          <w:tab w:val="clear" w:pos="720"/>
          <w:tab w:val="num" w:pos="450"/>
        </w:tabs>
        <w:spacing w:after="0"/>
        <w:ind w:left="180" w:hanging="180"/>
        <w:rPr>
          <w:rFonts w:ascii="Times New Roman" w:hAnsi="Times New Roman" w:cs="Times New Roman"/>
          <w:bCs/>
          <w:sz w:val="24"/>
          <w:szCs w:val="24"/>
        </w:rPr>
      </w:pPr>
      <w:r w:rsidRPr="0055395D">
        <w:rPr>
          <w:rFonts w:ascii="Times New Roman" w:hAnsi="Times New Roman" w:cs="Times New Roman"/>
          <w:bCs/>
          <w:sz w:val="24"/>
          <w:szCs w:val="24"/>
        </w:rPr>
        <w:t>Developed engaging rehearsal activities that improved musical confidence</w:t>
      </w:r>
      <w:r w:rsidR="0055395D">
        <w:rPr>
          <w:rFonts w:ascii="Times New Roman" w:hAnsi="Times New Roman" w:cs="Times New Roman"/>
          <w:bCs/>
          <w:sz w:val="24"/>
          <w:szCs w:val="24"/>
        </w:rPr>
        <w:t>.</w:t>
      </w:r>
    </w:p>
    <w:p w14:paraId="3A8EB14B" w14:textId="77777777" w:rsidR="00861266" w:rsidRDefault="00861266" w:rsidP="0086126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05D8EE3" w14:textId="0E5A557F" w:rsidR="00AF4D05" w:rsidRPr="0055395D" w:rsidRDefault="00AF4D05" w:rsidP="0086126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5395D">
        <w:rPr>
          <w:rFonts w:ascii="Times New Roman" w:hAnsi="Times New Roman" w:cs="Times New Roman"/>
          <w:b/>
          <w:sz w:val="24"/>
          <w:szCs w:val="24"/>
          <w:u w:val="single"/>
        </w:rPr>
        <w:t>PERFORMANCE LEADERSHIP</w:t>
      </w:r>
    </w:p>
    <w:p w14:paraId="703F4DCA" w14:textId="17DE80CD" w:rsidR="00AF4D05" w:rsidRPr="0055395D" w:rsidRDefault="00AF4D05" w:rsidP="0055395D">
      <w:pPr>
        <w:numPr>
          <w:ilvl w:val="0"/>
          <w:numId w:val="15"/>
        </w:numPr>
        <w:tabs>
          <w:tab w:val="clear" w:pos="720"/>
          <w:tab w:val="num" w:pos="540"/>
        </w:tabs>
        <w:spacing w:after="0"/>
        <w:ind w:left="180" w:hanging="180"/>
        <w:rPr>
          <w:rFonts w:ascii="Times New Roman" w:hAnsi="Times New Roman" w:cs="Times New Roman"/>
          <w:bCs/>
          <w:sz w:val="24"/>
          <w:szCs w:val="24"/>
        </w:rPr>
      </w:pPr>
      <w:r w:rsidRPr="0055395D">
        <w:rPr>
          <w:rFonts w:ascii="Times New Roman" w:hAnsi="Times New Roman" w:cs="Times New Roman"/>
          <w:bCs/>
          <w:sz w:val="24"/>
          <w:szCs w:val="24"/>
        </w:rPr>
        <w:t xml:space="preserve">Selected as a multiple-time National Association of Teachers of Singing (NATS) Semi-Finalist. </w:t>
      </w:r>
    </w:p>
    <w:p w14:paraId="4798287B" w14:textId="184898B3" w:rsidR="00AF4D05" w:rsidRPr="0055395D" w:rsidRDefault="00AF4D05" w:rsidP="0055395D">
      <w:pPr>
        <w:numPr>
          <w:ilvl w:val="0"/>
          <w:numId w:val="15"/>
        </w:numPr>
        <w:tabs>
          <w:tab w:val="clear" w:pos="720"/>
          <w:tab w:val="num" w:pos="540"/>
        </w:tabs>
        <w:spacing w:after="0"/>
        <w:ind w:left="180" w:hanging="180"/>
        <w:rPr>
          <w:rFonts w:ascii="Times New Roman" w:hAnsi="Times New Roman" w:cs="Times New Roman"/>
          <w:bCs/>
          <w:sz w:val="24"/>
          <w:szCs w:val="24"/>
        </w:rPr>
      </w:pPr>
      <w:r w:rsidRPr="0055395D">
        <w:rPr>
          <w:rFonts w:ascii="Times New Roman" w:hAnsi="Times New Roman" w:cs="Times New Roman"/>
          <w:bCs/>
          <w:sz w:val="24"/>
          <w:szCs w:val="24"/>
        </w:rPr>
        <w:t xml:space="preserve">Performed internationally through Songe </w:t>
      </w:r>
      <w:proofErr w:type="spellStart"/>
      <w:r w:rsidRPr="0055395D">
        <w:rPr>
          <w:rFonts w:ascii="Times New Roman" w:hAnsi="Times New Roman" w:cs="Times New Roman"/>
          <w:bCs/>
          <w:sz w:val="24"/>
          <w:szCs w:val="24"/>
        </w:rPr>
        <w:t>d'été</w:t>
      </w:r>
      <w:proofErr w:type="spellEnd"/>
      <w:r w:rsidRPr="0055395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5395D">
        <w:rPr>
          <w:rFonts w:ascii="Times New Roman" w:hAnsi="Times New Roman" w:cs="Times New Roman"/>
          <w:bCs/>
          <w:sz w:val="24"/>
          <w:szCs w:val="24"/>
        </w:rPr>
        <w:t>en</w:t>
      </w:r>
      <w:proofErr w:type="spellEnd"/>
      <w:r w:rsidRPr="0055395D">
        <w:rPr>
          <w:rFonts w:ascii="Times New Roman" w:hAnsi="Times New Roman" w:cs="Times New Roman"/>
          <w:bCs/>
          <w:sz w:val="24"/>
          <w:szCs w:val="24"/>
        </w:rPr>
        <w:t xml:space="preserve"> musique in Québec. </w:t>
      </w:r>
    </w:p>
    <w:p w14:paraId="3F575334" w14:textId="4A76252B" w:rsidR="00AF4D05" w:rsidRPr="0055395D" w:rsidRDefault="00AF4D05" w:rsidP="0055395D">
      <w:pPr>
        <w:numPr>
          <w:ilvl w:val="0"/>
          <w:numId w:val="15"/>
        </w:numPr>
        <w:tabs>
          <w:tab w:val="clear" w:pos="720"/>
          <w:tab w:val="num" w:pos="540"/>
        </w:tabs>
        <w:spacing w:after="0"/>
        <w:ind w:left="180" w:hanging="180"/>
        <w:rPr>
          <w:rFonts w:ascii="Times New Roman" w:hAnsi="Times New Roman" w:cs="Times New Roman"/>
          <w:bCs/>
          <w:sz w:val="24"/>
          <w:szCs w:val="24"/>
        </w:rPr>
      </w:pPr>
      <w:r w:rsidRPr="0055395D">
        <w:rPr>
          <w:rFonts w:ascii="Times New Roman" w:hAnsi="Times New Roman" w:cs="Times New Roman"/>
          <w:bCs/>
          <w:sz w:val="24"/>
          <w:szCs w:val="24"/>
        </w:rPr>
        <w:t>Participated in university opera productions, musical theatre performances, chamber ensembles, and choral concerts</w:t>
      </w:r>
    </w:p>
    <w:p w14:paraId="677A96F7" w14:textId="77777777" w:rsidR="00861266" w:rsidRDefault="00861266" w:rsidP="005539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42EC321" w14:textId="0F346104" w:rsidR="00634E15" w:rsidRDefault="001353CB" w:rsidP="005539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5395D">
        <w:rPr>
          <w:rFonts w:ascii="Times New Roman" w:hAnsi="Times New Roman" w:cs="Times New Roman"/>
          <w:b/>
          <w:sz w:val="24"/>
          <w:szCs w:val="24"/>
          <w:u w:val="single"/>
        </w:rPr>
        <w:t>TECHNICAL SKILLS</w:t>
      </w:r>
    </w:p>
    <w:p w14:paraId="1DD9E203" w14:textId="4F9C7B5D" w:rsidR="0055395D" w:rsidRPr="00861266" w:rsidRDefault="0055395D" w:rsidP="0086126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5395D">
        <w:rPr>
          <w:rFonts w:ascii="Times New Roman" w:hAnsi="Times New Roman" w:cs="Times New Roman"/>
          <w:b/>
          <w:sz w:val="24"/>
          <w:szCs w:val="24"/>
        </w:rPr>
        <w:t>Music Software:</w:t>
      </w:r>
      <w:r w:rsidRPr="0055395D">
        <w:rPr>
          <w:rFonts w:ascii="Times New Roman" w:hAnsi="Times New Roman" w:cs="Times New Roman"/>
          <w:bCs/>
          <w:sz w:val="24"/>
          <w:szCs w:val="24"/>
        </w:rPr>
        <w:t xml:space="preserve"> Finale, Sibelius, Dorico, </w:t>
      </w:r>
      <w:proofErr w:type="spellStart"/>
      <w:r w:rsidRPr="0055395D">
        <w:rPr>
          <w:rFonts w:ascii="Times New Roman" w:hAnsi="Times New Roman" w:cs="Times New Roman"/>
          <w:bCs/>
          <w:sz w:val="24"/>
          <w:szCs w:val="24"/>
        </w:rPr>
        <w:t>MuseScore</w:t>
      </w:r>
      <w:proofErr w:type="spellEnd"/>
      <w:r w:rsidRPr="0055395D">
        <w:rPr>
          <w:rFonts w:ascii="Times New Roman" w:hAnsi="Times New Roman" w:cs="Times New Roman"/>
          <w:bCs/>
          <w:sz w:val="24"/>
          <w:szCs w:val="24"/>
        </w:rPr>
        <w:t>, Logic Pro, Pro Tools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55395D">
        <w:rPr>
          <w:rFonts w:ascii="Times New Roman" w:hAnsi="Times New Roman" w:cs="Times New Roman"/>
          <w:b/>
          <w:sz w:val="24"/>
          <w:szCs w:val="24"/>
        </w:rPr>
        <w:t>Creative Skills:</w:t>
      </w:r>
      <w:r w:rsidRPr="0055395D">
        <w:rPr>
          <w:rFonts w:ascii="Times New Roman" w:hAnsi="Times New Roman" w:cs="Times New Roman"/>
          <w:bCs/>
          <w:sz w:val="24"/>
          <w:szCs w:val="24"/>
        </w:rPr>
        <w:t xml:space="preserve"> Composition, Arranging, Conducting, Score Preparation, Concert Production, Collaborative Performance</w:t>
      </w:r>
      <w:r w:rsidR="00861266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861266">
        <w:rPr>
          <w:rFonts w:ascii="Times New Roman" w:hAnsi="Times New Roman" w:cs="Times New Roman"/>
          <w:b/>
          <w:sz w:val="24"/>
          <w:szCs w:val="24"/>
        </w:rPr>
        <w:t>Performance:</w:t>
      </w:r>
      <w:r w:rsidRPr="0055395D">
        <w:rPr>
          <w:rFonts w:ascii="Times New Roman" w:hAnsi="Times New Roman" w:cs="Times New Roman"/>
          <w:bCs/>
          <w:sz w:val="24"/>
          <w:szCs w:val="24"/>
        </w:rPr>
        <w:t xml:space="preserve"> Classical Voice, Piano, Musical Theatre, Choral Performance</w:t>
      </w:r>
      <w:r w:rsidR="00861266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861266">
        <w:rPr>
          <w:rFonts w:ascii="Times New Roman" w:hAnsi="Times New Roman" w:cs="Times New Roman"/>
          <w:b/>
          <w:sz w:val="24"/>
          <w:szCs w:val="24"/>
        </w:rPr>
        <w:t>Languages &amp; Diction:</w:t>
      </w:r>
      <w:r w:rsidRPr="0055395D">
        <w:rPr>
          <w:rFonts w:ascii="Times New Roman" w:hAnsi="Times New Roman" w:cs="Times New Roman"/>
          <w:bCs/>
          <w:sz w:val="24"/>
          <w:szCs w:val="24"/>
        </w:rPr>
        <w:t xml:space="preserve"> English, Italian, French, Latin</w:t>
      </w:r>
    </w:p>
    <w:sectPr w:rsidR="0055395D" w:rsidRPr="00861266" w:rsidSect="0055395D">
      <w:pgSz w:w="12240" w:h="15840"/>
      <w:pgMar w:top="360" w:right="630" w:bottom="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270FF5"/>
    <w:multiLevelType w:val="multilevel"/>
    <w:tmpl w:val="BB74F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705394"/>
    <w:multiLevelType w:val="multilevel"/>
    <w:tmpl w:val="3740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176638"/>
    <w:multiLevelType w:val="multilevel"/>
    <w:tmpl w:val="824AB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6573D2"/>
    <w:multiLevelType w:val="multilevel"/>
    <w:tmpl w:val="34282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8E73EB"/>
    <w:multiLevelType w:val="multilevel"/>
    <w:tmpl w:val="B9B4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0E1281"/>
    <w:multiLevelType w:val="multilevel"/>
    <w:tmpl w:val="3DBE0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521127">
    <w:abstractNumId w:val="8"/>
  </w:num>
  <w:num w:numId="2" w16cid:durableId="237250730">
    <w:abstractNumId w:val="6"/>
  </w:num>
  <w:num w:numId="3" w16cid:durableId="830558072">
    <w:abstractNumId w:val="5"/>
  </w:num>
  <w:num w:numId="4" w16cid:durableId="476537578">
    <w:abstractNumId w:val="4"/>
  </w:num>
  <w:num w:numId="5" w16cid:durableId="957222946">
    <w:abstractNumId w:val="7"/>
  </w:num>
  <w:num w:numId="6" w16cid:durableId="942805153">
    <w:abstractNumId w:val="3"/>
  </w:num>
  <w:num w:numId="7" w16cid:durableId="1144204271">
    <w:abstractNumId w:val="2"/>
  </w:num>
  <w:num w:numId="8" w16cid:durableId="1188829200">
    <w:abstractNumId w:val="1"/>
  </w:num>
  <w:num w:numId="9" w16cid:durableId="1553735405">
    <w:abstractNumId w:val="0"/>
  </w:num>
  <w:num w:numId="10" w16cid:durableId="1573271927">
    <w:abstractNumId w:val="10"/>
  </w:num>
  <w:num w:numId="11" w16cid:durableId="1191576476">
    <w:abstractNumId w:val="14"/>
  </w:num>
  <w:num w:numId="12" w16cid:durableId="1186947110">
    <w:abstractNumId w:val="9"/>
  </w:num>
  <w:num w:numId="13" w16cid:durableId="1674142914">
    <w:abstractNumId w:val="13"/>
  </w:num>
  <w:num w:numId="14" w16cid:durableId="109906048">
    <w:abstractNumId w:val="12"/>
  </w:num>
  <w:num w:numId="15" w16cid:durableId="11880627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44D"/>
    <w:rsid w:val="00034616"/>
    <w:rsid w:val="0006063C"/>
    <w:rsid w:val="001353CB"/>
    <w:rsid w:val="0015074B"/>
    <w:rsid w:val="0029639D"/>
    <w:rsid w:val="00326F90"/>
    <w:rsid w:val="0055395D"/>
    <w:rsid w:val="00634E15"/>
    <w:rsid w:val="006744E7"/>
    <w:rsid w:val="007B1444"/>
    <w:rsid w:val="00861266"/>
    <w:rsid w:val="00A6538E"/>
    <w:rsid w:val="00AA1D8D"/>
    <w:rsid w:val="00AF4D05"/>
    <w:rsid w:val="00B47730"/>
    <w:rsid w:val="00CB0664"/>
    <w:rsid w:val="00D01A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7BF998"/>
  <w14:defaultImageDpi w14:val="300"/>
  <w15:docId w15:val="{9545BB7A-1B0E-4CD0-B33F-AEBD6585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Smart, Miesha</cp:lastModifiedBy>
  <cp:revision>2</cp:revision>
  <dcterms:created xsi:type="dcterms:W3CDTF">2026-09-23T13:44:00Z</dcterms:created>
  <dcterms:modified xsi:type="dcterms:W3CDTF">2026-09-23T13:44:00Z</dcterms:modified>
  <cp:category/>
</cp:coreProperties>
</file>