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05C54" w14:textId="77777777" w:rsidR="00226F1C" w:rsidRPr="00A01A8E" w:rsidRDefault="00871C98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A01A8E">
        <w:rPr>
          <w:rFonts w:ascii="Times New Roman" w:hAnsi="Times New Roman" w:cs="Times New Roman"/>
          <w:b/>
          <w:sz w:val="24"/>
          <w:szCs w:val="24"/>
        </w:rPr>
        <w:t>STUDENT NAME</w:t>
      </w:r>
      <w:r w:rsidRPr="00A01A8E">
        <w:rPr>
          <w:rFonts w:ascii="Times New Roman" w:hAnsi="Times New Roman" w:cs="Times New Roman"/>
          <w:b/>
          <w:sz w:val="24"/>
          <w:szCs w:val="24"/>
        </w:rPr>
        <w:br/>
      </w:r>
      <w:r w:rsidRPr="00A01A8E">
        <w:rPr>
          <w:rFonts w:ascii="Times New Roman" w:hAnsi="Times New Roman" w:cs="Times New Roman"/>
          <w:sz w:val="24"/>
          <w:szCs w:val="24"/>
        </w:rPr>
        <w:t>City, State | (555) 555-5555 | student@email.edu | LinkedIn</w:t>
      </w:r>
      <w:r w:rsidRPr="00A01A8E">
        <w:rPr>
          <w:rFonts w:ascii="Times New Roman" w:hAnsi="Times New Roman" w:cs="Times New Roman"/>
          <w:sz w:val="24"/>
          <w:szCs w:val="24"/>
        </w:rPr>
        <w:br/>
      </w:r>
    </w:p>
    <w:p w14:paraId="7AC2C460" w14:textId="77777777" w:rsidR="00226F1C" w:rsidRPr="00A01A8E" w:rsidRDefault="00871C98" w:rsidP="00A01A8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01A8E">
        <w:rPr>
          <w:rFonts w:ascii="Times New Roman" w:hAnsi="Times New Roman" w:cs="Times New Roman"/>
          <w:b/>
          <w:sz w:val="24"/>
          <w:szCs w:val="24"/>
          <w:u w:val="single"/>
        </w:rPr>
        <w:t>EDUCATION</w:t>
      </w:r>
    </w:p>
    <w:p w14:paraId="1CF48A1E" w14:textId="0B347B31" w:rsidR="00226F1C" w:rsidRPr="00A01A8E" w:rsidRDefault="00871C98" w:rsidP="00A01A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1A8E">
        <w:rPr>
          <w:rFonts w:ascii="Times New Roman" w:hAnsi="Times New Roman" w:cs="Times New Roman"/>
          <w:sz w:val="24"/>
          <w:szCs w:val="24"/>
        </w:rPr>
        <w:t>University of South Carolina, Columbia, SC</w:t>
      </w:r>
      <w:r w:rsidRPr="00A01A8E">
        <w:rPr>
          <w:rFonts w:ascii="Times New Roman" w:hAnsi="Times New Roman" w:cs="Times New Roman"/>
          <w:sz w:val="24"/>
          <w:szCs w:val="24"/>
        </w:rPr>
        <w:br/>
        <w:t>Bachelor of Arts/Science (</w:t>
      </w:r>
      <w:proofErr w:type="gramStart"/>
      <w:r w:rsidRPr="00A01A8E">
        <w:rPr>
          <w:rFonts w:ascii="Times New Roman" w:hAnsi="Times New Roman" w:cs="Times New Roman"/>
          <w:sz w:val="24"/>
          <w:szCs w:val="24"/>
        </w:rPr>
        <w:t xml:space="preserve">Undeclared)   </w:t>
      </w:r>
      <w:proofErr w:type="gramEnd"/>
      <w:r w:rsidRPr="00A01A8E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A01A8E" w:rsidRPr="00A01A8E">
        <w:rPr>
          <w:rFonts w:ascii="Times New Roman" w:hAnsi="Times New Roman" w:cs="Times New Roman"/>
          <w:sz w:val="24"/>
          <w:szCs w:val="24"/>
        </w:rPr>
        <w:tab/>
      </w:r>
      <w:r w:rsidR="00A01A8E" w:rsidRPr="00A01A8E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01A8E" w:rsidRPr="00A01A8E">
        <w:rPr>
          <w:rFonts w:ascii="Times New Roman" w:hAnsi="Times New Roman" w:cs="Times New Roman"/>
          <w:sz w:val="24"/>
          <w:szCs w:val="24"/>
        </w:rPr>
        <w:tab/>
      </w:r>
      <w:r w:rsidR="00A01A8E" w:rsidRPr="00A01A8E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01A8E" w:rsidRPr="00A01A8E">
        <w:rPr>
          <w:rFonts w:ascii="Times New Roman" w:hAnsi="Times New Roman" w:cs="Times New Roman"/>
          <w:sz w:val="24"/>
          <w:szCs w:val="24"/>
        </w:rPr>
        <w:tab/>
      </w:r>
      <w:r w:rsidR="00A01A8E" w:rsidRPr="00A01A8E">
        <w:rPr>
          <w:rFonts w:ascii="Times New Roman" w:hAnsi="Times New Roman" w:cs="Times New Roman"/>
          <w:sz w:val="24"/>
          <w:szCs w:val="24"/>
        </w:rPr>
        <w:tab/>
      </w:r>
      <w:r w:rsidRPr="00A01A8E">
        <w:rPr>
          <w:rFonts w:ascii="Times New Roman" w:hAnsi="Times New Roman" w:cs="Times New Roman"/>
          <w:b/>
          <w:bCs/>
          <w:sz w:val="24"/>
          <w:szCs w:val="24"/>
        </w:rPr>
        <w:t>Expected</w:t>
      </w:r>
      <w:r w:rsidR="00A01A8E" w:rsidRPr="00A01A8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A01A8E">
        <w:rPr>
          <w:rFonts w:ascii="Times New Roman" w:hAnsi="Times New Roman" w:cs="Times New Roman"/>
          <w:sz w:val="24"/>
          <w:szCs w:val="24"/>
        </w:rPr>
        <w:t xml:space="preserve"> May 20XX</w:t>
      </w:r>
      <w:r w:rsidRPr="00A01A8E">
        <w:rPr>
          <w:rFonts w:ascii="Times New Roman" w:hAnsi="Times New Roman" w:cs="Times New Roman"/>
          <w:sz w:val="24"/>
          <w:szCs w:val="24"/>
        </w:rPr>
        <w:br/>
      </w:r>
      <w:r w:rsidRPr="00A01A8E">
        <w:rPr>
          <w:rFonts w:ascii="Times New Roman" w:hAnsi="Times New Roman" w:cs="Times New Roman"/>
          <w:b/>
          <w:bCs/>
          <w:sz w:val="24"/>
          <w:szCs w:val="24"/>
        </w:rPr>
        <w:t>Academic Interests</w:t>
      </w:r>
      <w:r w:rsidRPr="00A01A8E">
        <w:rPr>
          <w:rFonts w:ascii="Times New Roman" w:hAnsi="Times New Roman" w:cs="Times New Roman"/>
          <w:sz w:val="24"/>
          <w:szCs w:val="24"/>
        </w:rPr>
        <w:t>: Business | Public Health | Psychology | Marketing</w:t>
      </w:r>
      <w:r w:rsidRPr="00A01A8E">
        <w:rPr>
          <w:rFonts w:ascii="Times New Roman" w:hAnsi="Times New Roman" w:cs="Times New Roman"/>
          <w:sz w:val="24"/>
          <w:szCs w:val="24"/>
        </w:rPr>
        <w:br/>
      </w:r>
      <w:r w:rsidRPr="00A01A8E">
        <w:rPr>
          <w:rFonts w:ascii="Times New Roman" w:hAnsi="Times New Roman" w:cs="Times New Roman"/>
          <w:b/>
          <w:bCs/>
          <w:sz w:val="24"/>
          <w:szCs w:val="24"/>
        </w:rPr>
        <w:t>Relevant Coursework</w:t>
      </w:r>
      <w:r w:rsidRPr="00A01A8E">
        <w:rPr>
          <w:rFonts w:ascii="Times New Roman" w:hAnsi="Times New Roman" w:cs="Times New Roman"/>
          <w:sz w:val="24"/>
          <w:szCs w:val="24"/>
        </w:rPr>
        <w:t>: University 101, English Composition, Public Speaking, College Algebra</w:t>
      </w:r>
    </w:p>
    <w:p w14:paraId="2B72FB10" w14:textId="77777777" w:rsidR="00A01A8E" w:rsidRPr="00A01A8E" w:rsidRDefault="00A01A8E" w:rsidP="00A01A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C636275" w14:textId="567396F4" w:rsidR="00226F1C" w:rsidRPr="00A01A8E" w:rsidRDefault="00871C98" w:rsidP="00A01A8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01A8E">
        <w:rPr>
          <w:rFonts w:ascii="Times New Roman" w:hAnsi="Times New Roman" w:cs="Times New Roman"/>
          <w:b/>
          <w:sz w:val="24"/>
          <w:szCs w:val="24"/>
          <w:u w:val="single"/>
        </w:rPr>
        <w:t>WORK EXPERIENCE</w:t>
      </w:r>
    </w:p>
    <w:p w14:paraId="131003EF" w14:textId="54E71983" w:rsidR="005467D7" w:rsidRDefault="005467D7" w:rsidP="005467D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467D7">
        <w:rPr>
          <w:rFonts w:ascii="Times New Roman" w:hAnsi="Times New Roman" w:cs="Times New Roman"/>
          <w:b/>
          <w:bCs/>
          <w:sz w:val="24"/>
          <w:szCs w:val="24"/>
        </w:rPr>
        <w:t>Student Office Assistant | University Department | Columbia, SC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</w:t>
      </w:r>
      <w:r w:rsidR="007A46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January</w:t>
      </w:r>
      <w:r w:rsidRPr="005467D7">
        <w:rPr>
          <w:rFonts w:ascii="Times New Roman" w:hAnsi="Times New Roman" w:cs="Times New Roman"/>
          <w:b/>
          <w:bCs/>
          <w:sz w:val="24"/>
          <w:szCs w:val="24"/>
        </w:rPr>
        <w:t xml:space="preserve"> 20XX </w:t>
      </w:r>
      <w:r w:rsidR="007A46B4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5467D7">
        <w:rPr>
          <w:rFonts w:ascii="Times New Roman" w:hAnsi="Times New Roman" w:cs="Times New Roman"/>
          <w:b/>
          <w:bCs/>
          <w:sz w:val="24"/>
          <w:szCs w:val="24"/>
        </w:rPr>
        <w:t xml:space="preserve"> Present</w:t>
      </w:r>
    </w:p>
    <w:p w14:paraId="2FCCB1C4" w14:textId="0836681A" w:rsidR="005467D7" w:rsidRPr="005467D7" w:rsidRDefault="005467D7" w:rsidP="005467D7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467D7">
        <w:rPr>
          <w:rFonts w:ascii="Times New Roman" w:hAnsi="Times New Roman" w:cs="Times New Roman"/>
          <w:sz w:val="24"/>
          <w:szCs w:val="24"/>
        </w:rPr>
        <w:t>Welcome students, faculty, staff, and visitors</w:t>
      </w:r>
    </w:p>
    <w:p w14:paraId="19A94D8B" w14:textId="1F746592" w:rsidR="005467D7" w:rsidRPr="005467D7" w:rsidRDefault="005467D7" w:rsidP="005467D7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467D7">
        <w:rPr>
          <w:rFonts w:ascii="Times New Roman" w:hAnsi="Times New Roman" w:cs="Times New Roman"/>
          <w:sz w:val="24"/>
          <w:szCs w:val="24"/>
        </w:rPr>
        <w:t>Manage front desk operations to include responding to email inquiries, and scheduling appointments</w:t>
      </w:r>
    </w:p>
    <w:p w14:paraId="064C802E" w14:textId="7C58677E" w:rsidR="005467D7" w:rsidRPr="005467D7" w:rsidRDefault="005467D7" w:rsidP="005467D7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467D7">
        <w:rPr>
          <w:rFonts w:ascii="Times New Roman" w:hAnsi="Times New Roman" w:cs="Times New Roman"/>
          <w:sz w:val="24"/>
          <w:szCs w:val="24"/>
        </w:rPr>
        <w:t>Prepare spreadsheets, reports, presentations, and informational materials using Microsoft Excel, Word, and PowerPoint</w:t>
      </w:r>
    </w:p>
    <w:p w14:paraId="3BC5203C" w14:textId="3C37694F" w:rsidR="00226F1C" w:rsidRPr="00A01A8E" w:rsidRDefault="00871C98" w:rsidP="00A01A8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01A8E">
        <w:rPr>
          <w:rFonts w:ascii="Times New Roman" w:hAnsi="Times New Roman" w:cs="Times New Roman"/>
          <w:b/>
          <w:bCs/>
          <w:sz w:val="24"/>
          <w:szCs w:val="24"/>
        </w:rPr>
        <w:t>Customer Service Associate | Organization Name | Columbia, SC</w:t>
      </w:r>
      <w:r w:rsidR="00A01A8E" w:rsidRPr="00A01A8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01A8E" w:rsidRPr="00A01A8E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</w:t>
      </w:r>
      <w:r w:rsidR="00A01A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A46B4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A01A8E">
        <w:rPr>
          <w:rFonts w:ascii="Times New Roman" w:hAnsi="Times New Roman" w:cs="Times New Roman"/>
          <w:b/>
          <w:bCs/>
          <w:sz w:val="24"/>
          <w:szCs w:val="24"/>
        </w:rPr>
        <w:t xml:space="preserve">August 20XX </w:t>
      </w:r>
      <w:r w:rsidR="007A46B4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A01A8E">
        <w:rPr>
          <w:rFonts w:ascii="Times New Roman" w:hAnsi="Times New Roman" w:cs="Times New Roman"/>
          <w:b/>
          <w:bCs/>
          <w:sz w:val="24"/>
          <w:szCs w:val="24"/>
        </w:rPr>
        <w:t xml:space="preserve"> Present</w:t>
      </w:r>
    </w:p>
    <w:p w14:paraId="14726FD9" w14:textId="77777777" w:rsidR="00226F1C" w:rsidRPr="00A01A8E" w:rsidRDefault="00871C98" w:rsidP="00A01A8E">
      <w:pPr>
        <w:pStyle w:val="ListBulle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1A8E">
        <w:rPr>
          <w:rFonts w:ascii="Times New Roman" w:hAnsi="Times New Roman" w:cs="Times New Roman"/>
          <w:sz w:val="24"/>
          <w:szCs w:val="24"/>
        </w:rPr>
        <w:t>Assist 75–100 customers per shift by answering questions, resolving concerns, and providing accurate information about products and services.</w:t>
      </w:r>
    </w:p>
    <w:p w14:paraId="05398757" w14:textId="77777777" w:rsidR="00226F1C" w:rsidRPr="00A01A8E" w:rsidRDefault="00871C98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A01A8E">
        <w:rPr>
          <w:rFonts w:ascii="Times New Roman" w:hAnsi="Times New Roman" w:cs="Times New Roman"/>
          <w:sz w:val="24"/>
          <w:szCs w:val="24"/>
        </w:rPr>
        <w:t>Operate point-of-sale system to process cash, credit, and mobile transactions while maintaining an accurate cash drawer.</w:t>
      </w:r>
    </w:p>
    <w:p w14:paraId="0B09CE3B" w14:textId="77777777" w:rsidR="00226F1C" w:rsidRPr="00A01A8E" w:rsidRDefault="00871C98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A01A8E">
        <w:rPr>
          <w:rFonts w:ascii="Times New Roman" w:hAnsi="Times New Roman" w:cs="Times New Roman"/>
          <w:sz w:val="24"/>
          <w:szCs w:val="24"/>
        </w:rPr>
        <w:t>Collaborate with team members to complete opening and closing responsibilities, restock inventory, and maintain an organized workspace.</w:t>
      </w:r>
    </w:p>
    <w:p w14:paraId="123954B3" w14:textId="77777777" w:rsidR="00226F1C" w:rsidRPr="00A01A8E" w:rsidRDefault="00871C98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A01A8E">
        <w:rPr>
          <w:rFonts w:ascii="Times New Roman" w:hAnsi="Times New Roman" w:cs="Times New Roman"/>
          <w:sz w:val="24"/>
          <w:szCs w:val="24"/>
        </w:rPr>
        <w:t>Prioritize multiple responsibilities during high-volume periods while maintaining professionalism and strong customer service.</w:t>
      </w:r>
    </w:p>
    <w:p w14:paraId="3C731166" w14:textId="77777777" w:rsidR="00226F1C" w:rsidRPr="00A01A8E" w:rsidRDefault="00871C98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A01A8E">
        <w:rPr>
          <w:rFonts w:ascii="Times New Roman" w:hAnsi="Times New Roman" w:cs="Times New Roman"/>
          <w:sz w:val="24"/>
          <w:szCs w:val="24"/>
        </w:rPr>
        <w:t>Recognized by supervisors for reliability, punctuality, and willingness to assist with additional responsibilities.</w:t>
      </w:r>
    </w:p>
    <w:p w14:paraId="256F3CA4" w14:textId="3FEDB930" w:rsidR="00226F1C" w:rsidRPr="00A01A8E" w:rsidRDefault="00871C98" w:rsidP="00A01A8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01A8E">
        <w:rPr>
          <w:rFonts w:ascii="Times New Roman" w:hAnsi="Times New Roman" w:cs="Times New Roman"/>
          <w:b/>
          <w:bCs/>
          <w:sz w:val="24"/>
          <w:szCs w:val="24"/>
        </w:rPr>
        <w:t>Crew Member | Previous Employer | Hometown, State</w:t>
      </w:r>
      <w:r w:rsidR="00A01A8E" w:rsidRPr="00A01A8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01A8E" w:rsidRPr="00A01A8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01A8E" w:rsidRPr="00A01A8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01A8E" w:rsidRPr="00A01A8E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</w:t>
      </w:r>
      <w:r w:rsidR="007A46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01A8E" w:rsidRPr="00A01A8E">
        <w:rPr>
          <w:rFonts w:ascii="Times New Roman" w:hAnsi="Times New Roman" w:cs="Times New Roman"/>
          <w:b/>
          <w:bCs/>
          <w:sz w:val="24"/>
          <w:szCs w:val="24"/>
        </w:rPr>
        <w:t xml:space="preserve">May 20XX </w:t>
      </w:r>
      <w:r w:rsidR="007A46B4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A01A8E" w:rsidRPr="00A01A8E">
        <w:rPr>
          <w:rFonts w:ascii="Times New Roman" w:hAnsi="Times New Roman" w:cs="Times New Roman"/>
          <w:b/>
          <w:bCs/>
          <w:sz w:val="24"/>
          <w:szCs w:val="24"/>
        </w:rPr>
        <w:t xml:space="preserve"> August 20XX</w:t>
      </w:r>
    </w:p>
    <w:p w14:paraId="08E428AB" w14:textId="33F8D0F5" w:rsidR="005467D7" w:rsidRDefault="005467D7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467D7">
        <w:rPr>
          <w:rFonts w:ascii="Times New Roman" w:hAnsi="Times New Roman" w:cs="Times New Roman"/>
          <w:sz w:val="24"/>
          <w:szCs w:val="24"/>
        </w:rPr>
        <w:t>Prepared customer orders accurately while adhering to company quality standards and food safety regulations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5F52338" w14:textId="77777777" w:rsidR="005467D7" w:rsidRDefault="005467D7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467D7">
        <w:rPr>
          <w:rFonts w:ascii="Times New Roman" w:hAnsi="Times New Roman" w:cs="Times New Roman"/>
          <w:sz w:val="24"/>
          <w:szCs w:val="24"/>
        </w:rPr>
        <w:t>Communicated effectively with coworkers to coordinate food preparation, fulfill customer request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C96E402" w14:textId="13B5D8DA" w:rsidR="005467D7" w:rsidRDefault="005467D7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467D7">
        <w:rPr>
          <w:rFonts w:ascii="Times New Roman" w:hAnsi="Times New Roman" w:cs="Times New Roman"/>
          <w:sz w:val="24"/>
          <w:szCs w:val="24"/>
        </w:rPr>
        <w:t>Developed strong interpersonal, communication, and time-management skills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F0848C" w14:textId="5DCFEBD3" w:rsidR="005467D7" w:rsidRPr="00A01A8E" w:rsidRDefault="005467D7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5467D7">
        <w:rPr>
          <w:rFonts w:ascii="Times New Roman" w:hAnsi="Times New Roman" w:cs="Times New Roman"/>
          <w:sz w:val="24"/>
          <w:szCs w:val="24"/>
        </w:rPr>
        <w:t>Adapted quickly to changing priorities and high customer volume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90175D3" w14:textId="77777777" w:rsidR="00226F1C" w:rsidRPr="00A01A8E" w:rsidRDefault="00871C98" w:rsidP="00A01A8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01A8E">
        <w:rPr>
          <w:rFonts w:ascii="Times New Roman" w:hAnsi="Times New Roman" w:cs="Times New Roman"/>
          <w:b/>
          <w:sz w:val="24"/>
          <w:szCs w:val="24"/>
          <w:u w:val="single"/>
        </w:rPr>
        <w:t>CAMPUS INVOLVEMENT &amp; LEADERSHIP</w:t>
      </w:r>
    </w:p>
    <w:p w14:paraId="0811ED0F" w14:textId="77777777" w:rsidR="00226F1C" w:rsidRPr="00642037" w:rsidRDefault="00871C98" w:rsidP="00A01A8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642037">
        <w:rPr>
          <w:rFonts w:ascii="Times New Roman" w:hAnsi="Times New Roman" w:cs="Times New Roman"/>
          <w:b/>
          <w:bCs/>
          <w:sz w:val="24"/>
          <w:szCs w:val="24"/>
        </w:rPr>
        <w:t>Student Organization | Member</w:t>
      </w:r>
    </w:p>
    <w:p w14:paraId="32BFFDEA" w14:textId="77777777" w:rsidR="00226F1C" w:rsidRPr="00A01A8E" w:rsidRDefault="00871C98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A01A8E">
        <w:rPr>
          <w:rFonts w:ascii="Times New Roman" w:hAnsi="Times New Roman" w:cs="Times New Roman"/>
          <w:sz w:val="24"/>
          <w:szCs w:val="24"/>
        </w:rPr>
        <w:t>Participate in meetings, workshops, and campus events that promote professional development.</w:t>
      </w:r>
    </w:p>
    <w:p w14:paraId="0A7CCCF5" w14:textId="77777777" w:rsidR="00226F1C" w:rsidRPr="00A01A8E" w:rsidRDefault="00871C98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A01A8E">
        <w:rPr>
          <w:rFonts w:ascii="Times New Roman" w:hAnsi="Times New Roman" w:cs="Times New Roman"/>
          <w:sz w:val="24"/>
          <w:szCs w:val="24"/>
        </w:rPr>
        <w:t>Volunteer at campus service events supporting university and community initiatives.</w:t>
      </w:r>
    </w:p>
    <w:p w14:paraId="70CF8966" w14:textId="77777777" w:rsidR="00226F1C" w:rsidRPr="00A01A8E" w:rsidRDefault="00871C98" w:rsidP="00A01A8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01A8E">
        <w:rPr>
          <w:rFonts w:ascii="Times New Roman" w:hAnsi="Times New Roman" w:cs="Times New Roman"/>
          <w:b/>
          <w:bCs/>
          <w:sz w:val="24"/>
          <w:szCs w:val="24"/>
        </w:rPr>
        <w:t>Volunteer Organization | Volunteer</w:t>
      </w:r>
    </w:p>
    <w:p w14:paraId="64D7094F" w14:textId="77777777" w:rsidR="00226F1C" w:rsidRPr="00A01A8E" w:rsidRDefault="00871C98" w:rsidP="00A01A8E">
      <w:pPr>
        <w:pStyle w:val="ListBullet"/>
        <w:spacing w:after="0"/>
        <w:rPr>
          <w:rFonts w:ascii="Times New Roman" w:hAnsi="Times New Roman" w:cs="Times New Roman"/>
          <w:sz w:val="24"/>
          <w:szCs w:val="24"/>
        </w:rPr>
      </w:pPr>
      <w:r w:rsidRPr="00A01A8E">
        <w:rPr>
          <w:rFonts w:ascii="Times New Roman" w:hAnsi="Times New Roman" w:cs="Times New Roman"/>
          <w:sz w:val="24"/>
          <w:szCs w:val="24"/>
        </w:rPr>
        <w:t>Contributed 20+ hours assisting with community outreach events and event logistics.</w:t>
      </w:r>
    </w:p>
    <w:p w14:paraId="08CBB034" w14:textId="77777777" w:rsidR="00A01A8E" w:rsidRPr="00A01A8E" w:rsidRDefault="00A01A8E" w:rsidP="00A01A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88D1443" w14:textId="7D4CDD1E" w:rsidR="00226F1C" w:rsidRPr="00A01A8E" w:rsidRDefault="00871C98" w:rsidP="00A01A8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01A8E">
        <w:rPr>
          <w:rFonts w:ascii="Times New Roman" w:hAnsi="Times New Roman" w:cs="Times New Roman"/>
          <w:b/>
          <w:sz w:val="24"/>
          <w:szCs w:val="24"/>
          <w:u w:val="single"/>
        </w:rPr>
        <w:t>SKILLS</w:t>
      </w:r>
    </w:p>
    <w:p w14:paraId="61B84A6E" w14:textId="66875A63" w:rsidR="00226F1C" w:rsidRPr="005467D7" w:rsidRDefault="00871C98" w:rsidP="005467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1A8E">
        <w:rPr>
          <w:rFonts w:ascii="Times New Roman" w:hAnsi="Times New Roman" w:cs="Times New Roman"/>
          <w:sz w:val="24"/>
          <w:szCs w:val="24"/>
        </w:rPr>
        <w:t>Microsoft Word</w:t>
      </w:r>
      <w:r w:rsidR="00A01A8E" w:rsidRPr="00A01A8E">
        <w:rPr>
          <w:rFonts w:ascii="Times New Roman" w:hAnsi="Times New Roman" w:cs="Times New Roman"/>
          <w:sz w:val="24"/>
          <w:szCs w:val="24"/>
        </w:rPr>
        <w:t xml:space="preserve">: </w:t>
      </w:r>
      <w:r w:rsidRPr="00A01A8E">
        <w:rPr>
          <w:rFonts w:ascii="Times New Roman" w:hAnsi="Times New Roman" w:cs="Times New Roman"/>
          <w:sz w:val="24"/>
          <w:szCs w:val="24"/>
        </w:rPr>
        <w:t>Excel</w:t>
      </w:r>
      <w:r w:rsidR="00A01A8E" w:rsidRPr="00A01A8E">
        <w:rPr>
          <w:rFonts w:ascii="Times New Roman" w:hAnsi="Times New Roman" w:cs="Times New Roman"/>
          <w:sz w:val="24"/>
          <w:szCs w:val="24"/>
        </w:rPr>
        <w:t>.</w:t>
      </w:r>
      <w:r w:rsidRPr="00A01A8E">
        <w:rPr>
          <w:rFonts w:ascii="Times New Roman" w:hAnsi="Times New Roman" w:cs="Times New Roman"/>
          <w:sz w:val="24"/>
          <w:szCs w:val="24"/>
        </w:rPr>
        <w:t xml:space="preserve"> PowerPoint</w:t>
      </w:r>
      <w:r w:rsidR="00A01A8E" w:rsidRPr="00A01A8E">
        <w:rPr>
          <w:rFonts w:ascii="Times New Roman" w:hAnsi="Times New Roman" w:cs="Times New Roman"/>
          <w:sz w:val="24"/>
          <w:szCs w:val="24"/>
        </w:rPr>
        <w:t>,</w:t>
      </w:r>
      <w:r w:rsidRPr="00A01A8E">
        <w:rPr>
          <w:rFonts w:ascii="Times New Roman" w:hAnsi="Times New Roman" w:cs="Times New Roman"/>
          <w:sz w:val="24"/>
          <w:szCs w:val="24"/>
        </w:rPr>
        <w:t xml:space="preserve"> Google Workspace</w:t>
      </w:r>
      <w:r w:rsidR="00A01A8E" w:rsidRPr="00A01A8E">
        <w:rPr>
          <w:rFonts w:ascii="Times New Roman" w:hAnsi="Times New Roman" w:cs="Times New Roman"/>
          <w:sz w:val="24"/>
          <w:szCs w:val="24"/>
        </w:rPr>
        <w:t xml:space="preserve">; </w:t>
      </w:r>
      <w:r w:rsidRPr="00A01A8E">
        <w:rPr>
          <w:rFonts w:ascii="Times New Roman" w:hAnsi="Times New Roman" w:cs="Times New Roman"/>
          <w:sz w:val="24"/>
          <w:szCs w:val="24"/>
        </w:rPr>
        <w:t>Customer Service</w:t>
      </w:r>
      <w:r w:rsidR="00A01A8E" w:rsidRPr="00A01A8E">
        <w:rPr>
          <w:rFonts w:ascii="Times New Roman" w:hAnsi="Times New Roman" w:cs="Times New Roman"/>
          <w:sz w:val="24"/>
          <w:szCs w:val="24"/>
        </w:rPr>
        <w:t>,</w:t>
      </w:r>
      <w:r w:rsidRPr="00A01A8E">
        <w:rPr>
          <w:rFonts w:ascii="Times New Roman" w:hAnsi="Times New Roman" w:cs="Times New Roman"/>
          <w:sz w:val="24"/>
          <w:szCs w:val="24"/>
        </w:rPr>
        <w:t xml:space="preserve"> Teamwork</w:t>
      </w:r>
      <w:r w:rsidR="00A01A8E" w:rsidRPr="00A01A8E">
        <w:rPr>
          <w:rFonts w:ascii="Times New Roman" w:hAnsi="Times New Roman" w:cs="Times New Roman"/>
          <w:sz w:val="24"/>
          <w:szCs w:val="24"/>
        </w:rPr>
        <w:t>,</w:t>
      </w:r>
      <w:r w:rsidRPr="00A01A8E">
        <w:rPr>
          <w:rFonts w:ascii="Times New Roman" w:hAnsi="Times New Roman" w:cs="Times New Roman"/>
          <w:sz w:val="24"/>
          <w:szCs w:val="24"/>
        </w:rPr>
        <w:t xml:space="preserve"> Verbal &amp; Written Communication Time Management</w:t>
      </w:r>
      <w:r w:rsidR="00A01A8E" w:rsidRPr="00A01A8E">
        <w:rPr>
          <w:rFonts w:ascii="Times New Roman" w:hAnsi="Times New Roman" w:cs="Times New Roman"/>
          <w:sz w:val="24"/>
          <w:szCs w:val="24"/>
        </w:rPr>
        <w:t xml:space="preserve">. </w:t>
      </w:r>
      <w:r w:rsidRPr="00A01A8E">
        <w:rPr>
          <w:rFonts w:ascii="Times New Roman" w:hAnsi="Times New Roman" w:cs="Times New Roman"/>
          <w:sz w:val="24"/>
          <w:szCs w:val="24"/>
        </w:rPr>
        <w:t>Problem Solving</w:t>
      </w:r>
      <w:r w:rsidR="00A01A8E" w:rsidRPr="00A01A8E">
        <w:rPr>
          <w:rFonts w:ascii="Times New Roman" w:hAnsi="Times New Roman" w:cs="Times New Roman"/>
          <w:sz w:val="24"/>
          <w:szCs w:val="24"/>
        </w:rPr>
        <w:t>, and A</w:t>
      </w:r>
      <w:r w:rsidRPr="00A01A8E">
        <w:rPr>
          <w:rFonts w:ascii="Times New Roman" w:hAnsi="Times New Roman" w:cs="Times New Roman"/>
          <w:sz w:val="24"/>
          <w:szCs w:val="24"/>
        </w:rPr>
        <w:t>daptability</w:t>
      </w:r>
    </w:p>
    <w:sectPr w:rsidR="00226F1C" w:rsidRPr="005467D7" w:rsidSect="00A01A8E">
      <w:pgSz w:w="12240" w:h="15840"/>
      <w:pgMar w:top="720" w:right="63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96163F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60395510">
    <w:abstractNumId w:val="8"/>
  </w:num>
  <w:num w:numId="2" w16cid:durableId="325672465">
    <w:abstractNumId w:val="6"/>
  </w:num>
  <w:num w:numId="3" w16cid:durableId="1437095852">
    <w:abstractNumId w:val="5"/>
  </w:num>
  <w:num w:numId="4" w16cid:durableId="1468009633">
    <w:abstractNumId w:val="4"/>
  </w:num>
  <w:num w:numId="5" w16cid:durableId="1497459387">
    <w:abstractNumId w:val="7"/>
  </w:num>
  <w:num w:numId="6" w16cid:durableId="431900066">
    <w:abstractNumId w:val="3"/>
  </w:num>
  <w:num w:numId="7" w16cid:durableId="155534002">
    <w:abstractNumId w:val="2"/>
  </w:num>
  <w:num w:numId="8" w16cid:durableId="1150099640">
    <w:abstractNumId w:val="1"/>
  </w:num>
  <w:num w:numId="9" w16cid:durableId="167059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26F1C"/>
    <w:rsid w:val="0029639D"/>
    <w:rsid w:val="00326F90"/>
    <w:rsid w:val="005467D7"/>
    <w:rsid w:val="00642037"/>
    <w:rsid w:val="007A46B4"/>
    <w:rsid w:val="007B1444"/>
    <w:rsid w:val="00871C98"/>
    <w:rsid w:val="00A01A8E"/>
    <w:rsid w:val="00AA1D8D"/>
    <w:rsid w:val="00B47730"/>
    <w:rsid w:val="00CB0664"/>
    <w:rsid w:val="00CB1E4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60DA33"/>
  <w14:defaultImageDpi w14:val="300"/>
  <w15:docId w15:val="{9545BB7A-1B0E-4CD0-B33F-AEBD65850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Smart, Miesha</cp:lastModifiedBy>
  <cp:revision>2</cp:revision>
  <dcterms:created xsi:type="dcterms:W3CDTF">2026-09-23T13:52:00Z</dcterms:created>
  <dcterms:modified xsi:type="dcterms:W3CDTF">2026-09-23T13:52:00Z</dcterms:modified>
  <cp:category/>
</cp:coreProperties>
</file>